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A8AE1" w14:textId="2A0A925C" w:rsidR="005F4249" w:rsidRDefault="00000000">
      <w:pPr>
        <w:spacing w:before="240" w:after="240"/>
        <w:jc w:val="center"/>
        <w:rPr>
          <w:rFonts w:hint="eastAsia"/>
          <w:lang w:eastAsia="zh-CN"/>
        </w:rPr>
      </w:pPr>
      <w:r>
        <w:rPr>
          <w:rFonts w:ascii="Times New Roman" w:eastAsia="SimHei" w:hAnsi="Times New Roman"/>
          <w:sz w:val="36"/>
          <w:lang w:eastAsia="zh-CN"/>
        </w:rPr>
        <w:t>数学建模论文模板</w:t>
      </w:r>
    </w:p>
    <w:p w14:paraId="1B1EAC16" w14:textId="7272AD07" w:rsidR="005F4249" w:rsidRDefault="00000000">
      <w:pPr>
        <w:spacing w:before="240" w:after="120"/>
        <w:jc w:val="center"/>
        <w:rPr>
          <w:lang w:eastAsia="zh-CN"/>
        </w:rPr>
      </w:pPr>
      <w:r>
        <w:rPr>
          <w:rFonts w:ascii="Times New Roman" w:eastAsia="SimHei" w:hAnsi="Times New Roman"/>
          <w:sz w:val="32"/>
          <w:lang w:eastAsia="zh-CN"/>
        </w:rPr>
        <w:t>题目（黑体加粗三号居中）</w:t>
      </w:r>
    </w:p>
    <w:p w14:paraId="02BC9360" w14:textId="3464D689" w:rsidR="005F4249" w:rsidRDefault="00000000">
      <w:pPr>
        <w:spacing w:before="240" w:after="120"/>
        <w:jc w:val="center"/>
        <w:rPr>
          <w:lang w:eastAsia="zh-CN"/>
        </w:rPr>
      </w:pPr>
      <w:r>
        <w:rPr>
          <w:rFonts w:ascii="Times New Roman" w:eastAsia="SimHei" w:hAnsi="Times New Roman"/>
          <w:sz w:val="28"/>
          <w:lang w:eastAsia="zh-CN"/>
        </w:rPr>
        <w:t>摘要（黑体加粗四号居中）</w:t>
      </w:r>
    </w:p>
    <w:p w14:paraId="176E7303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sz w:val="24"/>
          <w:lang w:eastAsia="zh-CN"/>
        </w:rPr>
        <w:t>摘要正文，内容要点按顺序排列如下（宋体小四号）：</w:t>
      </w:r>
    </w:p>
    <w:p w14:paraId="033F0938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b/>
          <w:sz w:val="24"/>
          <w:lang w:eastAsia="zh-CN"/>
        </w:rPr>
        <w:t>研究目的：</w:t>
      </w:r>
      <w:r>
        <w:rPr>
          <w:rFonts w:ascii="Times New Roman" w:eastAsia="SimSun" w:hAnsi="Times New Roman"/>
          <w:sz w:val="24"/>
          <w:lang w:eastAsia="zh-CN"/>
        </w:rPr>
        <w:t>对问题的简洁交代，用</w:t>
      </w:r>
      <w:r>
        <w:rPr>
          <w:rFonts w:ascii="Times New Roman" w:eastAsia="SimSun" w:hAnsi="Times New Roman"/>
          <w:sz w:val="24"/>
          <w:lang w:eastAsia="zh-CN"/>
        </w:rPr>
        <w:t>1~2</w:t>
      </w:r>
      <w:r>
        <w:rPr>
          <w:rFonts w:ascii="Times New Roman" w:eastAsia="SimSun" w:hAnsi="Times New Roman"/>
          <w:sz w:val="24"/>
          <w:lang w:eastAsia="zh-CN"/>
        </w:rPr>
        <w:t>句话说明原问题中要解决的问题，一般可根据竞赛题目给出论断。</w:t>
      </w:r>
    </w:p>
    <w:p w14:paraId="24516CA2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sz w:val="24"/>
          <w:lang w:eastAsia="zh-CN"/>
        </w:rPr>
        <w:t>句型：本文研究</w:t>
      </w:r>
      <w:r>
        <w:rPr>
          <w:rFonts w:ascii="Times New Roman" w:eastAsia="SimSun" w:hAnsi="Times New Roman"/>
          <w:sz w:val="24"/>
          <w:lang w:eastAsia="zh-CN"/>
        </w:rPr>
        <w:t>XX</w:t>
      </w:r>
      <w:r>
        <w:rPr>
          <w:rFonts w:ascii="Times New Roman" w:eastAsia="SimSun" w:hAnsi="Times New Roman"/>
          <w:sz w:val="24"/>
          <w:lang w:eastAsia="zh-CN"/>
        </w:rPr>
        <w:t>问题。</w:t>
      </w:r>
    </w:p>
    <w:p w14:paraId="62C13AAC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b/>
          <w:sz w:val="24"/>
          <w:lang w:eastAsia="zh-CN"/>
        </w:rPr>
        <w:t>建立模型思路：</w:t>
      </w:r>
      <w:r>
        <w:rPr>
          <w:rFonts w:ascii="Times New Roman" w:eastAsia="SimSun" w:hAnsi="Times New Roman"/>
          <w:sz w:val="24"/>
          <w:lang w:eastAsia="zh-CN"/>
        </w:rPr>
        <w:t>针对什么问题，从怎样的角度进行考虑的，考虑的关键因素是什么，是怎样处理的，建立了什么模型（在数学上属于什么类型），建模的思想，模型特点。依次解释问题一、二、三的模型建立过程。</w:t>
      </w:r>
    </w:p>
    <w:p w14:paraId="29F4D5B1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sz w:val="24"/>
          <w:lang w:eastAsia="zh-CN"/>
        </w:rPr>
        <w:t>句型：首先，本文针对问题一的</w:t>
      </w:r>
      <w:r>
        <w:rPr>
          <w:rFonts w:ascii="Times New Roman" w:eastAsia="SimSun" w:hAnsi="Times New Roman"/>
          <w:sz w:val="24"/>
          <w:lang w:eastAsia="zh-CN"/>
        </w:rPr>
        <w:t>XX</w:t>
      </w:r>
      <w:r>
        <w:rPr>
          <w:rFonts w:ascii="Times New Roman" w:eastAsia="SimSun" w:hAnsi="Times New Roman"/>
          <w:sz w:val="24"/>
          <w:lang w:eastAsia="zh-CN"/>
        </w:rPr>
        <w:t>问题，对</w:t>
      </w:r>
      <w:r>
        <w:rPr>
          <w:rFonts w:ascii="Times New Roman" w:eastAsia="SimSun" w:hAnsi="Times New Roman"/>
          <w:sz w:val="24"/>
          <w:lang w:eastAsia="zh-CN"/>
        </w:rPr>
        <w:t>XX</w:t>
      </w:r>
      <w:r>
        <w:rPr>
          <w:rFonts w:ascii="Times New Roman" w:eastAsia="SimSun" w:hAnsi="Times New Roman"/>
          <w:sz w:val="24"/>
          <w:lang w:eastAsia="zh-CN"/>
        </w:rPr>
        <w:t>进行简化，利用</w:t>
      </w:r>
      <w:r>
        <w:rPr>
          <w:rFonts w:ascii="Times New Roman" w:eastAsia="SimSun" w:hAnsi="Times New Roman"/>
          <w:sz w:val="24"/>
          <w:lang w:eastAsia="zh-CN"/>
        </w:rPr>
        <w:t>XX</w:t>
      </w:r>
      <w:r>
        <w:rPr>
          <w:rFonts w:ascii="Times New Roman" w:eastAsia="SimSun" w:hAnsi="Times New Roman"/>
          <w:sz w:val="24"/>
          <w:lang w:eastAsia="zh-CN"/>
        </w:rPr>
        <w:t>知识建立了</w:t>
      </w:r>
      <w:r>
        <w:rPr>
          <w:rFonts w:ascii="Times New Roman" w:eastAsia="SimSun" w:hAnsi="Times New Roman"/>
          <w:sz w:val="24"/>
          <w:lang w:eastAsia="zh-CN"/>
        </w:rPr>
        <w:t>XX</w:t>
      </w:r>
      <w:r>
        <w:rPr>
          <w:rFonts w:ascii="Times New Roman" w:eastAsia="SimSun" w:hAnsi="Times New Roman"/>
          <w:sz w:val="24"/>
          <w:lang w:eastAsia="zh-CN"/>
        </w:rPr>
        <w:t>模型。其次，针对问题二的</w:t>
      </w:r>
      <w:r>
        <w:rPr>
          <w:rFonts w:ascii="Times New Roman" w:eastAsia="SimSun" w:hAnsi="Times New Roman"/>
          <w:sz w:val="24"/>
          <w:lang w:eastAsia="zh-CN"/>
        </w:rPr>
        <w:t>……</w:t>
      </w:r>
      <w:r>
        <w:rPr>
          <w:rFonts w:ascii="Times New Roman" w:eastAsia="SimSun" w:hAnsi="Times New Roman"/>
          <w:sz w:val="24"/>
          <w:lang w:eastAsia="zh-CN"/>
        </w:rPr>
        <w:t>。最后，针对问题三的</w:t>
      </w:r>
      <w:r>
        <w:rPr>
          <w:rFonts w:ascii="Times New Roman" w:eastAsia="SimSun" w:hAnsi="Times New Roman"/>
          <w:sz w:val="24"/>
          <w:lang w:eastAsia="zh-CN"/>
        </w:rPr>
        <w:t>……</w:t>
      </w:r>
      <w:r>
        <w:rPr>
          <w:rFonts w:ascii="Times New Roman" w:eastAsia="SimSun" w:hAnsi="Times New Roman"/>
          <w:sz w:val="24"/>
          <w:lang w:eastAsia="zh-CN"/>
        </w:rPr>
        <w:t>。</w:t>
      </w:r>
    </w:p>
    <w:p w14:paraId="30B6AEC9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b/>
          <w:sz w:val="24"/>
          <w:lang w:eastAsia="zh-CN"/>
        </w:rPr>
        <w:t>模型求解和结果：</w:t>
      </w:r>
      <w:r>
        <w:rPr>
          <w:rFonts w:ascii="Times New Roman" w:eastAsia="SimSun" w:hAnsi="Times New Roman"/>
          <w:sz w:val="24"/>
          <w:lang w:eastAsia="zh-CN"/>
        </w:rPr>
        <w:t>模型建立的思想好之后，采取了怎样的算法对模型进行了实现。前面建了几个模型，这里就有几个模型的求解。（如利用</w:t>
      </w:r>
      <w:r>
        <w:rPr>
          <w:rFonts w:ascii="Times New Roman" w:eastAsia="SimSun" w:hAnsi="Times New Roman"/>
          <w:sz w:val="24"/>
          <w:lang w:eastAsia="zh-CN"/>
        </w:rPr>
        <w:t>Matlab</w:t>
      </w:r>
      <w:r>
        <w:rPr>
          <w:rFonts w:ascii="Times New Roman" w:eastAsia="SimSun" w:hAnsi="Times New Roman"/>
          <w:sz w:val="24"/>
          <w:lang w:eastAsia="zh-CN"/>
        </w:rPr>
        <w:t>编程求解，用</w:t>
      </w:r>
      <w:r>
        <w:rPr>
          <w:rFonts w:ascii="Times New Roman" w:eastAsia="SimSun" w:hAnsi="Times New Roman"/>
          <w:sz w:val="24"/>
          <w:lang w:eastAsia="zh-CN"/>
        </w:rPr>
        <w:t>spss</w:t>
      </w:r>
      <w:r>
        <w:rPr>
          <w:rFonts w:ascii="Times New Roman" w:eastAsia="SimSun" w:hAnsi="Times New Roman"/>
          <w:sz w:val="24"/>
          <w:lang w:eastAsia="zh-CN"/>
        </w:rPr>
        <w:t>软件求解，利用拉普拉斯变换求解，用蒙特卡罗模拟求解等。特别是求解有难度的模型要介绍求解方法。）获得什么样的结果，可围绕题目要求综合给出关键结论，建议不要将问题所需结果全部给出，否则摘要显得太长。</w:t>
      </w:r>
    </w:p>
    <w:p w14:paraId="6B5C136F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sz w:val="24"/>
          <w:lang w:eastAsia="zh-CN"/>
        </w:rPr>
        <w:t>句型：针对</w:t>
      </w:r>
      <w:r>
        <w:rPr>
          <w:rFonts w:ascii="Times New Roman" w:eastAsia="SimSun" w:hAnsi="Times New Roman"/>
          <w:sz w:val="24"/>
          <w:lang w:eastAsia="zh-CN"/>
        </w:rPr>
        <w:t>XX</w:t>
      </w:r>
      <w:r>
        <w:rPr>
          <w:rFonts w:ascii="Times New Roman" w:eastAsia="SimSun" w:hAnsi="Times New Roman"/>
          <w:sz w:val="24"/>
          <w:lang w:eastAsia="zh-CN"/>
        </w:rPr>
        <w:t>模型的求解，本文使用</w:t>
      </w:r>
      <w:r>
        <w:rPr>
          <w:rFonts w:ascii="Times New Roman" w:eastAsia="SimSun" w:hAnsi="Times New Roman"/>
          <w:sz w:val="24"/>
          <w:lang w:eastAsia="zh-CN"/>
        </w:rPr>
        <w:t>XX</w:t>
      </w:r>
      <w:r>
        <w:rPr>
          <w:rFonts w:ascii="Times New Roman" w:eastAsia="SimSun" w:hAnsi="Times New Roman"/>
          <w:sz w:val="24"/>
          <w:lang w:eastAsia="zh-CN"/>
        </w:rPr>
        <w:t>算法，计算出</w:t>
      </w:r>
      <w:r>
        <w:rPr>
          <w:rFonts w:ascii="Times New Roman" w:eastAsia="SimSun" w:hAnsi="Times New Roman"/>
          <w:sz w:val="24"/>
          <w:lang w:eastAsia="zh-CN"/>
        </w:rPr>
        <w:t>XX</w:t>
      </w:r>
      <w:r>
        <w:rPr>
          <w:rFonts w:ascii="Times New Roman" w:eastAsia="SimSun" w:hAnsi="Times New Roman"/>
          <w:sz w:val="24"/>
          <w:lang w:eastAsia="zh-CN"/>
        </w:rPr>
        <w:t>，并用</w:t>
      </w:r>
      <w:r>
        <w:rPr>
          <w:rFonts w:ascii="Times New Roman" w:eastAsia="SimSun" w:hAnsi="Times New Roman"/>
          <w:sz w:val="24"/>
          <w:lang w:eastAsia="zh-CN"/>
        </w:rPr>
        <w:t>XX</w:t>
      </w:r>
      <w:r>
        <w:rPr>
          <w:rFonts w:ascii="Times New Roman" w:eastAsia="SimSun" w:hAnsi="Times New Roman"/>
          <w:sz w:val="24"/>
          <w:lang w:eastAsia="zh-CN"/>
        </w:rPr>
        <w:t>工具求解出</w:t>
      </w:r>
      <w:r>
        <w:rPr>
          <w:rFonts w:ascii="Times New Roman" w:eastAsia="SimSun" w:hAnsi="Times New Roman"/>
          <w:sz w:val="24"/>
          <w:lang w:eastAsia="zh-CN"/>
        </w:rPr>
        <w:t>XX</w:t>
      </w:r>
      <w:r>
        <w:rPr>
          <w:rFonts w:ascii="Times New Roman" w:eastAsia="SimSun" w:hAnsi="Times New Roman"/>
          <w:sz w:val="24"/>
          <w:lang w:eastAsia="zh-CN"/>
        </w:rPr>
        <w:t>问题，进一步求解出</w:t>
      </w:r>
      <w:r>
        <w:rPr>
          <w:rFonts w:ascii="Times New Roman" w:eastAsia="SimSun" w:hAnsi="Times New Roman"/>
          <w:sz w:val="24"/>
          <w:lang w:eastAsia="zh-CN"/>
        </w:rPr>
        <w:t>XX</w:t>
      </w:r>
      <w:r>
        <w:rPr>
          <w:rFonts w:ascii="Times New Roman" w:eastAsia="SimSun" w:hAnsi="Times New Roman"/>
          <w:sz w:val="24"/>
          <w:lang w:eastAsia="zh-CN"/>
        </w:rPr>
        <w:t>结果。针对</w:t>
      </w:r>
      <w:r>
        <w:rPr>
          <w:rFonts w:ascii="Times New Roman" w:eastAsia="SimSun" w:hAnsi="Times New Roman"/>
          <w:sz w:val="24"/>
          <w:lang w:eastAsia="zh-CN"/>
        </w:rPr>
        <w:t>XX</w:t>
      </w:r>
      <w:r>
        <w:rPr>
          <w:rFonts w:ascii="Times New Roman" w:eastAsia="SimSun" w:hAnsi="Times New Roman"/>
          <w:sz w:val="24"/>
          <w:lang w:eastAsia="zh-CN"/>
        </w:rPr>
        <w:t>模型</w:t>
      </w:r>
      <w:r>
        <w:rPr>
          <w:rFonts w:ascii="Times New Roman" w:eastAsia="SimSun" w:hAnsi="Times New Roman"/>
          <w:sz w:val="24"/>
          <w:lang w:eastAsia="zh-CN"/>
        </w:rPr>
        <w:t>……</w:t>
      </w:r>
      <w:r>
        <w:rPr>
          <w:rFonts w:ascii="Times New Roman" w:eastAsia="SimSun" w:hAnsi="Times New Roman"/>
          <w:sz w:val="24"/>
          <w:lang w:eastAsia="zh-CN"/>
        </w:rPr>
        <w:t>。针对</w:t>
      </w:r>
      <w:r>
        <w:rPr>
          <w:rFonts w:ascii="Times New Roman" w:eastAsia="SimSun" w:hAnsi="Times New Roman"/>
          <w:sz w:val="24"/>
          <w:lang w:eastAsia="zh-CN"/>
        </w:rPr>
        <w:t>XX</w:t>
      </w:r>
      <w:r>
        <w:rPr>
          <w:rFonts w:ascii="Times New Roman" w:eastAsia="SimSun" w:hAnsi="Times New Roman"/>
          <w:sz w:val="24"/>
          <w:lang w:eastAsia="zh-CN"/>
        </w:rPr>
        <w:t>模型</w:t>
      </w:r>
      <w:r>
        <w:rPr>
          <w:rFonts w:ascii="Times New Roman" w:eastAsia="SimSun" w:hAnsi="Times New Roman"/>
          <w:sz w:val="24"/>
          <w:lang w:eastAsia="zh-CN"/>
        </w:rPr>
        <w:t>……</w:t>
      </w:r>
      <w:r>
        <w:rPr>
          <w:rFonts w:ascii="Times New Roman" w:eastAsia="SimSun" w:hAnsi="Times New Roman"/>
          <w:sz w:val="24"/>
          <w:lang w:eastAsia="zh-CN"/>
        </w:rPr>
        <w:t>。</w:t>
      </w:r>
    </w:p>
    <w:p w14:paraId="46626EED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b/>
          <w:sz w:val="24"/>
          <w:lang w:eastAsia="zh-CN"/>
        </w:rPr>
        <w:t>建模特点：</w:t>
      </w:r>
      <w:r>
        <w:rPr>
          <w:rFonts w:ascii="Times New Roman" w:eastAsia="SimSun" w:hAnsi="Times New Roman"/>
          <w:sz w:val="24"/>
          <w:lang w:eastAsia="zh-CN"/>
        </w:rPr>
        <w:t>模型优缺点，创新之处，算法特点，模型检验，结果检验，灵敏度分析，稳定性分析等，推广性如何。</w:t>
      </w:r>
    </w:p>
    <w:p w14:paraId="49465FA0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b/>
          <w:sz w:val="24"/>
          <w:lang w:eastAsia="zh-CN"/>
        </w:rPr>
        <w:t>整体上讲，</w:t>
      </w:r>
      <w:r>
        <w:rPr>
          <w:rFonts w:ascii="Times New Roman" w:eastAsia="SimSun" w:hAnsi="Times New Roman"/>
          <w:sz w:val="24"/>
          <w:lang w:eastAsia="zh-CN"/>
        </w:rPr>
        <w:t>摘要一定要语句通顺，无错别字，交代简洁、清楚，具有层次感。</w:t>
      </w:r>
    </w:p>
    <w:p w14:paraId="2BCF5BB0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b/>
          <w:sz w:val="24"/>
          <w:lang w:eastAsia="zh-CN"/>
        </w:rPr>
        <w:t>摘要最为关键，</w:t>
      </w:r>
      <w:r>
        <w:rPr>
          <w:rFonts w:ascii="Times New Roman" w:eastAsia="SimSun" w:hAnsi="Times New Roman"/>
          <w:sz w:val="24"/>
          <w:lang w:eastAsia="zh-CN"/>
        </w:rPr>
        <w:t>需最后从全局的高度进行写作，可花费半天到整天的时间进行润色，最长不超过一页。</w:t>
      </w:r>
    </w:p>
    <w:p w14:paraId="4CFD2B41" w14:textId="77777777" w:rsidR="005F4249" w:rsidRDefault="00000000">
      <w:pPr>
        <w:spacing w:before="120" w:line="360" w:lineRule="auto"/>
        <w:rPr>
          <w:lang w:eastAsia="zh-CN"/>
        </w:rPr>
      </w:pPr>
      <w:r>
        <w:rPr>
          <w:rFonts w:ascii="Times New Roman" w:eastAsia="SimHei" w:hAnsi="Times New Roman"/>
          <w:sz w:val="24"/>
          <w:lang w:eastAsia="zh-CN"/>
        </w:rPr>
        <w:t>关键词（黑体不加粗小四号）：</w:t>
      </w:r>
      <w:r>
        <w:rPr>
          <w:rFonts w:ascii="Times New Roman" w:eastAsia="SimSun" w:hAnsi="Times New Roman"/>
          <w:sz w:val="24"/>
          <w:lang w:eastAsia="zh-CN"/>
        </w:rPr>
        <w:t>结合问题、方法、理论、概念等选择</w:t>
      </w:r>
      <w:r>
        <w:rPr>
          <w:rFonts w:ascii="Times New Roman" w:eastAsia="SimSun" w:hAnsi="Times New Roman"/>
          <w:sz w:val="24"/>
          <w:lang w:eastAsia="zh-CN"/>
        </w:rPr>
        <w:t>3</w:t>
      </w:r>
      <w:r>
        <w:rPr>
          <w:rFonts w:ascii="Times New Roman" w:eastAsia="SimSun" w:hAnsi="Times New Roman"/>
          <w:sz w:val="24"/>
          <w:lang w:eastAsia="zh-CN"/>
        </w:rPr>
        <w:t>至</w:t>
      </w:r>
      <w:r>
        <w:rPr>
          <w:rFonts w:ascii="Times New Roman" w:eastAsia="SimSun" w:hAnsi="Times New Roman"/>
          <w:sz w:val="24"/>
          <w:lang w:eastAsia="zh-CN"/>
        </w:rPr>
        <w:t>5</w:t>
      </w:r>
      <w:r>
        <w:rPr>
          <w:rFonts w:ascii="Times New Roman" w:eastAsia="SimSun" w:hAnsi="Times New Roman"/>
          <w:sz w:val="24"/>
          <w:lang w:eastAsia="zh-CN"/>
        </w:rPr>
        <w:t>关键词，相互之间用空格隔开。</w:t>
      </w:r>
    </w:p>
    <w:p w14:paraId="27713EEC" w14:textId="236EF326" w:rsidR="005F4249" w:rsidRDefault="00000000">
      <w:pPr>
        <w:spacing w:before="240" w:after="120"/>
        <w:jc w:val="center"/>
        <w:rPr>
          <w:lang w:eastAsia="zh-CN"/>
        </w:rPr>
      </w:pPr>
      <w:r>
        <w:rPr>
          <w:rFonts w:ascii="Times New Roman" w:eastAsia="SimHei" w:hAnsi="Times New Roman"/>
          <w:sz w:val="28"/>
          <w:lang w:eastAsia="zh-CN"/>
        </w:rPr>
        <w:t>一、问题重述（黑体加粗四号居中，以下皆同）</w:t>
      </w:r>
    </w:p>
    <w:p w14:paraId="3E87A333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sz w:val="24"/>
          <w:lang w:eastAsia="zh-CN"/>
        </w:rPr>
        <w:lastRenderedPageBreak/>
        <w:t>问题重述正文，内容要点如下：</w:t>
      </w:r>
    </w:p>
    <w:p w14:paraId="748CAF98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b/>
          <w:sz w:val="24"/>
          <w:lang w:eastAsia="zh-CN"/>
        </w:rPr>
        <w:t>问题背景：</w:t>
      </w:r>
      <w:r>
        <w:rPr>
          <w:rFonts w:ascii="Times New Roman" w:eastAsia="SimSun" w:hAnsi="Times New Roman"/>
          <w:sz w:val="24"/>
          <w:lang w:eastAsia="zh-CN"/>
        </w:rPr>
        <w:t>结合时代、社会、民生等用自己的语言阐述问题背景。</w:t>
      </w:r>
    </w:p>
    <w:p w14:paraId="543952C7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b/>
          <w:sz w:val="24"/>
          <w:lang w:eastAsia="zh-CN"/>
        </w:rPr>
        <w:t>要解决的问题：</w:t>
      </w:r>
      <w:r>
        <w:rPr>
          <w:rFonts w:ascii="Times New Roman" w:eastAsia="SimSun" w:hAnsi="Times New Roman"/>
          <w:sz w:val="24"/>
          <w:lang w:eastAsia="zh-CN"/>
        </w:rPr>
        <w:t>陈述自己对于问题的理解，是要解决怎样的问题。</w:t>
      </w:r>
    </w:p>
    <w:p w14:paraId="3629802C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b/>
          <w:sz w:val="24"/>
          <w:lang w:eastAsia="zh-CN"/>
        </w:rPr>
        <w:t>注意：</w:t>
      </w:r>
      <w:r>
        <w:rPr>
          <w:rFonts w:ascii="Times New Roman" w:eastAsia="SimSun" w:hAnsi="Times New Roman"/>
          <w:sz w:val="24"/>
          <w:lang w:eastAsia="zh-CN"/>
        </w:rPr>
        <w:t>重述不是题目的完整拷贝，要根据自己的理解，用自己的语言清楚地、简明地阐述问题的背景、条件和要求。</w:t>
      </w:r>
    </w:p>
    <w:p w14:paraId="7126F6B1" w14:textId="77777777" w:rsidR="005F4249" w:rsidRDefault="00000000">
      <w:pPr>
        <w:spacing w:before="240" w:after="120"/>
        <w:jc w:val="center"/>
        <w:rPr>
          <w:lang w:eastAsia="zh-CN"/>
        </w:rPr>
      </w:pPr>
      <w:r>
        <w:rPr>
          <w:rFonts w:ascii="Times New Roman" w:eastAsia="SimHei" w:hAnsi="Times New Roman"/>
          <w:sz w:val="28"/>
          <w:lang w:eastAsia="zh-CN"/>
        </w:rPr>
        <w:t>二、问题分析</w:t>
      </w:r>
    </w:p>
    <w:p w14:paraId="7ED2D4EA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sz w:val="24"/>
          <w:lang w:eastAsia="zh-CN"/>
        </w:rPr>
        <w:t>问题分析正文，内容要点如下：</w:t>
      </w:r>
    </w:p>
    <w:p w14:paraId="793F1582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b/>
          <w:sz w:val="24"/>
          <w:lang w:eastAsia="zh-CN"/>
        </w:rPr>
        <w:t>模型如何选择：</w:t>
      </w:r>
      <w:r>
        <w:rPr>
          <w:rFonts w:ascii="Times New Roman" w:eastAsia="SimSun" w:hAnsi="Times New Roman"/>
          <w:sz w:val="24"/>
          <w:lang w:eastAsia="zh-CN"/>
        </w:rPr>
        <w:t>结合问题背景，针对每个问题，分析清楚是什么原因，要建立怎样的模型？</w:t>
      </w:r>
    </w:p>
    <w:p w14:paraId="042909DA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b/>
          <w:sz w:val="24"/>
          <w:lang w:eastAsia="zh-CN"/>
        </w:rPr>
        <w:t>模型怎么求解：</w:t>
      </w:r>
      <w:r>
        <w:rPr>
          <w:rFonts w:ascii="Times New Roman" w:eastAsia="SimSun" w:hAnsi="Times New Roman"/>
          <w:sz w:val="24"/>
          <w:lang w:eastAsia="zh-CN"/>
        </w:rPr>
        <w:t>对于每个模型，如何进行简化，简化之后能够用什么方法来求解，求解出来的答案如何回答最初的问题？</w:t>
      </w:r>
    </w:p>
    <w:p w14:paraId="356B99C8" w14:textId="77777777" w:rsidR="005F4249" w:rsidRDefault="00000000">
      <w:pPr>
        <w:spacing w:before="240" w:after="120"/>
        <w:jc w:val="center"/>
        <w:rPr>
          <w:lang w:eastAsia="zh-CN"/>
        </w:rPr>
      </w:pPr>
      <w:r>
        <w:rPr>
          <w:rFonts w:ascii="Times New Roman" w:eastAsia="SimHei" w:hAnsi="Times New Roman"/>
          <w:sz w:val="28"/>
          <w:lang w:eastAsia="zh-CN"/>
        </w:rPr>
        <w:t>三、模型假设</w:t>
      </w:r>
    </w:p>
    <w:p w14:paraId="7BF76039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sz w:val="24"/>
          <w:lang w:eastAsia="zh-CN"/>
        </w:rPr>
        <w:t>模型假设要点如下：</w:t>
      </w:r>
    </w:p>
    <w:p w14:paraId="5C33715A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b/>
          <w:sz w:val="24"/>
          <w:lang w:eastAsia="zh-CN"/>
        </w:rPr>
        <w:t>假设来源：</w:t>
      </w:r>
      <w:r>
        <w:rPr>
          <w:rFonts w:ascii="Times New Roman" w:eastAsia="SimSun" w:hAnsi="Times New Roman"/>
          <w:sz w:val="24"/>
          <w:lang w:eastAsia="zh-CN"/>
        </w:rPr>
        <w:t>根据题目中的条件，根据题目中的要求，根据解题需要做出假设。细致地分析实际问题，从大量的变量中筛选出最能表现问题本质的变量，并简化它们的关系，这个简化的手段就是假设。</w:t>
      </w:r>
    </w:p>
    <w:p w14:paraId="3C907345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b/>
          <w:sz w:val="24"/>
          <w:lang w:eastAsia="zh-CN"/>
        </w:rPr>
        <w:t>假设的作用：</w:t>
      </w:r>
      <w:r>
        <w:rPr>
          <w:rFonts w:ascii="Times New Roman" w:eastAsia="SimSun" w:hAnsi="Times New Roman"/>
          <w:sz w:val="24"/>
          <w:lang w:eastAsia="zh-CN"/>
        </w:rPr>
        <w:t>简化问题，明确问题，限定模型的适用范围。</w:t>
      </w:r>
    </w:p>
    <w:p w14:paraId="0CA2F549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b/>
          <w:sz w:val="24"/>
          <w:lang w:eastAsia="zh-CN"/>
        </w:rPr>
        <w:t>假设的要求：</w:t>
      </w:r>
    </w:p>
    <w:p w14:paraId="62A8B57A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sz w:val="24"/>
          <w:lang w:eastAsia="zh-CN"/>
        </w:rPr>
        <w:t>1</w:t>
      </w:r>
      <w:r>
        <w:rPr>
          <w:rFonts w:ascii="Times New Roman" w:eastAsia="SimSun" w:hAnsi="Times New Roman"/>
          <w:sz w:val="24"/>
          <w:lang w:eastAsia="zh-CN"/>
        </w:rPr>
        <w:t>、论文中的假设要以严格、确切的数学语言来表达，使读者不致产生任何曲解。</w:t>
      </w:r>
    </w:p>
    <w:p w14:paraId="7D46FFDA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sz w:val="24"/>
          <w:lang w:eastAsia="zh-CN"/>
        </w:rPr>
        <w:t>2</w:t>
      </w:r>
      <w:r>
        <w:rPr>
          <w:rFonts w:ascii="Times New Roman" w:eastAsia="SimSun" w:hAnsi="Times New Roman"/>
          <w:sz w:val="24"/>
          <w:lang w:eastAsia="zh-CN"/>
        </w:rPr>
        <w:t>、所提出的假设确实是建立数学模型所必需的，与建立模型无关的假设只会扰乱读者的思考。</w:t>
      </w:r>
    </w:p>
    <w:p w14:paraId="27D25C09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sz w:val="24"/>
          <w:lang w:eastAsia="zh-CN"/>
        </w:rPr>
        <w:t>3</w:t>
      </w:r>
      <w:r>
        <w:rPr>
          <w:rFonts w:ascii="Times New Roman" w:eastAsia="SimSun" w:hAnsi="Times New Roman"/>
          <w:sz w:val="24"/>
          <w:lang w:eastAsia="zh-CN"/>
        </w:rPr>
        <w:t>、假设应验证其合理性。假设的合理性可以从分析问题过程中得出，例如从问题的性质出发做出合乎常识的假设，或者由观察所给数据的图象，得到变量的函数形式，也可以参考其他资料由类推得到。对于后者应指出参考文献的相关内容。</w:t>
      </w:r>
    </w:p>
    <w:p w14:paraId="4C219944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b/>
          <w:sz w:val="24"/>
          <w:lang w:eastAsia="zh-CN"/>
        </w:rPr>
        <w:t>好的假设：</w:t>
      </w:r>
      <w:r>
        <w:rPr>
          <w:rFonts w:ascii="Times New Roman" w:eastAsia="SimSun" w:hAnsi="Times New Roman"/>
          <w:sz w:val="24"/>
          <w:lang w:eastAsia="zh-CN"/>
        </w:rPr>
        <w:t>通过文献和互联网查到的数据真实可信。</w:t>
      </w:r>
    </w:p>
    <w:p w14:paraId="400190EE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b/>
          <w:sz w:val="24"/>
          <w:lang w:eastAsia="zh-CN"/>
        </w:rPr>
        <w:t>差的假设：</w:t>
      </w:r>
      <w:r>
        <w:rPr>
          <w:rFonts w:ascii="Times New Roman" w:eastAsia="SimSun" w:hAnsi="Times New Roman"/>
          <w:sz w:val="24"/>
          <w:lang w:eastAsia="zh-CN"/>
        </w:rPr>
        <w:t>不合理假设、没必要假设、需要检验的不定论假设、事实假设。</w:t>
      </w:r>
    </w:p>
    <w:p w14:paraId="1721E264" w14:textId="77777777" w:rsidR="005F4249" w:rsidRDefault="00000000">
      <w:pPr>
        <w:spacing w:before="240" w:after="120"/>
        <w:jc w:val="center"/>
        <w:rPr>
          <w:lang w:eastAsia="zh-CN"/>
        </w:rPr>
      </w:pPr>
      <w:r>
        <w:rPr>
          <w:rFonts w:ascii="Times New Roman" w:eastAsia="SimHei" w:hAnsi="Times New Roman"/>
          <w:sz w:val="28"/>
          <w:lang w:eastAsia="zh-CN"/>
        </w:rPr>
        <w:t>四、符号说明</w:t>
      </w:r>
    </w:p>
    <w:p w14:paraId="09F6C756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sz w:val="24"/>
          <w:lang w:eastAsia="zh-CN"/>
        </w:rPr>
        <w:t>符号说明要点如下：</w:t>
      </w:r>
    </w:p>
    <w:p w14:paraId="5B49D9C6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b/>
          <w:sz w:val="24"/>
          <w:lang w:eastAsia="zh-CN"/>
        </w:rPr>
        <w:lastRenderedPageBreak/>
        <w:t>符号说明：</w:t>
      </w:r>
      <w:r>
        <w:rPr>
          <w:rFonts w:ascii="Times New Roman" w:eastAsia="SimSun" w:hAnsi="Times New Roman"/>
          <w:sz w:val="24"/>
          <w:lang w:eastAsia="zh-CN"/>
        </w:rPr>
        <w:t>就是将正文中所涉及到的符号在此做统一交代。主要是将有规律性的变量用同一字母不同下标标记，阐述文中经常出现的特殊符号或变量。</w:t>
      </w:r>
    </w:p>
    <w:p w14:paraId="3B346F3A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b/>
          <w:sz w:val="24"/>
          <w:lang w:eastAsia="zh-CN"/>
        </w:rPr>
        <w:t>符号说明目的：</w:t>
      </w:r>
      <w:r>
        <w:rPr>
          <w:rFonts w:ascii="Times New Roman" w:eastAsia="SimSun" w:hAnsi="Times New Roman"/>
          <w:sz w:val="24"/>
          <w:lang w:eastAsia="zh-CN"/>
        </w:rPr>
        <w:t>使公式表述简洁，变量的规律性清楚。</w:t>
      </w:r>
    </w:p>
    <w:p w14:paraId="659BC5EE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b/>
          <w:sz w:val="24"/>
          <w:lang w:eastAsia="zh-CN"/>
        </w:rPr>
        <w:t>注意事项：</w:t>
      </w:r>
      <w:r>
        <w:rPr>
          <w:rFonts w:ascii="Times New Roman" w:eastAsia="SimSun" w:hAnsi="Times New Roman"/>
          <w:sz w:val="24"/>
          <w:lang w:eastAsia="zh-CN"/>
        </w:rPr>
        <w:t>符号假设应尽量用较少的字母、适当的下标进行简洁表示，建议常量符号不在</w:t>
      </w:r>
      <w:r>
        <w:rPr>
          <w:rFonts w:ascii="Times New Roman" w:eastAsia="SimSun" w:hAnsi="Times New Roman"/>
          <w:sz w:val="24"/>
          <w:lang w:eastAsia="zh-CN"/>
        </w:rPr>
        <w:t>“</w:t>
      </w:r>
      <w:r>
        <w:rPr>
          <w:rFonts w:ascii="Times New Roman" w:eastAsia="SimSun" w:hAnsi="Times New Roman"/>
          <w:sz w:val="24"/>
          <w:lang w:eastAsia="zh-CN"/>
        </w:rPr>
        <w:t>符号说明</w:t>
      </w:r>
      <w:r>
        <w:rPr>
          <w:rFonts w:ascii="Times New Roman" w:eastAsia="SimSun" w:hAnsi="Times New Roman"/>
          <w:sz w:val="24"/>
          <w:lang w:eastAsia="zh-CN"/>
        </w:rPr>
        <w:t>”</w:t>
      </w:r>
      <w:r>
        <w:rPr>
          <w:rFonts w:ascii="Times New Roman" w:eastAsia="SimSun" w:hAnsi="Times New Roman"/>
          <w:sz w:val="24"/>
          <w:lang w:eastAsia="zh-CN"/>
        </w:rPr>
        <w:t>中表述，而在模型中注明。</w:t>
      </w:r>
    </w:p>
    <w:p w14:paraId="24052EB4" w14:textId="77777777" w:rsidR="005F4249" w:rsidRDefault="00000000">
      <w:pPr>
        <w:spacing w:before="120" w:after="60"/>
        <w:rPr>
          <w:lang w:eastAsia="zh-CN"/>
        </w:rPr>
      </w:pPr>
      <w:r>
        <w:rPr>
          <w:rFonts w:ascii="Times New Roman" w:eastAsia="SimHei" w:hAnsi="Times New Roman"/>
          <w:sz w:val="24"/>
          <w:lang w:eastAsia="zh-CN"/>
        </w:rPr>
        <w:t>具体情况说明：</w:t>
      </w:r>
    </w:p>
    <w:p w14:paraId="75DD70CD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sz w:val="24"/>
          <w:lang w:eastAsia="zh-CN"/>
        </w:rPr>
        <w:t>1</w:t>
      </w:r>
      <w:r>
        <w:rPr>
          <w:rFonts w:ascii="Times New Roman" w:eastAsia="SimSun" w:hAnsi="Times New Roman"/>
          <w:sz w:val="24"/>
          <w:lang w:eastAsia="zh-CN"/>
        </w:rPr>
        <w:t>、变量少时用不同的变量表示，这样模型更直观，数量也不会太多。如用</w:t>
      </w:r>
      <w:r>
        <w:rPr>
          <w:rFonts w:ascii="Times New Roman" w:eastAsia="SimSun" w:hAnsi="Times New Roman"/>
          <w:sz w:val="24"/>
          <w:lang w:eastAsia="zh-CN"/>
        </w:rPr>
        <w:t xml:space="preserve"> X(t)</w:t>
      </w:r>
      <w:r>
        <w:rPr>
          <w:rFonts w:ascii="Times New Roman" w:eastAsia="SimSun" w:hAnsi="Times New Roman"/>
          <w:sz w:val="24"/>
          <w:lang w:eastAsia="zh-CN"/>
        </w:rPr>
        <w:t>、</w:t>
      </w:r>
      <w:r>
        <w:rPr>
          <w:rFonts w:ascii="Times New Roman" w:eastAsia="SimSun" w:hAnsi="Times New Roman"/>
          <w:sz w:val="24"/>
          <w:lang w:eastAsia="zh-CN"/>
        </w:rPr>
        <w:t xml:space="preserve">Y(t) </w:t>
      </w:r>
      <w:r>
        <w:rPr>
          <w:rFonts w:ascii="Times New Roman" w:eastAsia="SimSun" w:hAnsi="Times New Roman"/>
          <w:sz w:val="24"/>
          <w:lang w:eastAsia="zh-CN"/>
        </w:rPr>
        <w:t>优于用</w:t>
      </w:r>
      <w:r>
        <w:rPr>
          <w:rFonts w:ascii="Times New Roman" w:eastAsia="SimSun" w:hAnsi="Times New Roman"/>
          <w:sz w:val="24"/>
          <w:lang w:eastAsia="zh-CN"/>
        </w:rPr>
        <w:t xml:space="preserve"> X₁(t)</w:t>
      </w:r>
      <w:r>
        <w:rPr>
          <w:rFonts w:ascii="Times New Roman" w:eastAsia="SimSun" w:hAnsi="Times New Roman"/>
          <w:sz w:val="24"/>
          <w:lang w:eastAsia="zh-CN"/>
        </w:rPr>
        <w:t>、</w:t>
      </w:r>
      <w:r>
        <w:rPr>
          <w:rFonts w:ascii="Times New Roman" w:eastAsia="SimSun" w:hAnsi="Times New Roman"/>
          <w:sz w:val="24"/>
          <w:lang w:eastAsia="zh-CN"/>
        </w:rPr>
        <w:t xml:space="preserve">X₂(t) </w:t>
      </w:r>
      <w:r>
        <w:rPr>
          <w:rFonts w:ascii="Times New Roman" w:eastAsia="SimSun" w:hAnsi="Times New Roman"/>
          <w:sz w:val="24"/>
          <w:lang w:eastAsia="zh-CN"/>
        </w:rPr>
        <w:t>表示。</w:t>
      </w:r>
    </w:p>
    <w:p w14:paraId="4B3D5844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sz w:val="24"/>
          <w:lang w:eastAsia="zh-CN"/>
        </w:rPr>
        <w:t>2</w:t>
      </w:r>
      <w:r>
        <w:rPr>
          <w:rFonts w:ascii="Times New Roman" w:eastAsia="SimSun" w:hAnsi="Times New Roman"/>
          <w:sz w:val="24"/>
          <w:lang w:eastAsia="zh-CN"/>
        </w:rPr>
        <w:t>、如果是规划问题或多元统计问题，用很多字母不太容易表达，可以采用下标表示。如</w:t>
      </w:r>
      <w:r>
        <w:rPr>
          <w:rFonts w:ascii="Times New Roman" w:eastAsia="SimSun" w:hAnsi="Times New Roman"/>
          <w:sz w:val="24"/>
          <w:lang w:eastAsia="zh-CN"/>
        </w:rPr>
        <w:t>36</w:t>
      </w:r>
      <w:r>
        <w:rPr>
          <w:rFonts w:ascii="Times New Roman" w:eastAsia="SimSun" w:hAnsi="Times New Roman"/>
          <w:sz w:val="24"/>
          <w:lang w:eastAsia="zh-CN"/>
        </w:rPr>
        <w:t>个城市的经纬度可以用</w:t>
      </w:r>
      <w:r>
        <w:rPr>
          <w:rFonts w:ascii="Times New Roman" w:eastAsia="SimSun" w:hAnsi="Times New Roman"/>
          <w:sz w:val="24"/>
          <w:lang w:eastAsia="zh-CN"/>
        </w:rPr>
        <w:t xml:space="preserve"> City : (Xᵢ, Yᵢ)</w:t>
      </w:r>
      <w:r>
        <w:rPr>
          <w:rFonts w:ascii="Times New Roman" w:eastAsia="SimSun" w:hAnsi="Times New Roman"/>
          <w:sz w:val="24"/>
          <w:lang w:eastAsia="zh-CN"/>
        </w:rPr>
        <w:t>（</w:t>
      </w:r>
      <w:r>
        <w:rPr>
          <w:rFonts w:ascii="Times New Roman" w:eastAsia="SimSun" w:hAnsi="Times New Roman"/>
          <w:sz w:val="24"/>
          <w:lang w:eastAsia="zh-CN"/>
        </w:rPr>
        <w:t>i=1,2,…36</w:t>
      </w:r>
      <w:r>
        <w:rPr>
          <w:rFonts w:ascii="Times New Roman" w:eastAsia="SimSun" w:hAnsi="Times New Roman"/>
          <w:sz w:val="24"/>
          <w:lang w:eastAsia="zh-CN"/>
        </w:rPr>
        <w:t>）表示。</w:t>
      </w:r>
    </w:p>
    <w:p w14:paraId="0B7002D8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sz w:val="24"/>
          <w:lang w:eastAsia="zh-CN"/>
        </w:rPr>
        <w:t>3</w:t>
      </w:r>
      <w:r>
        <w:rPr>
          <w:rFonts w:ascii="Times New Roman" w:eastAsia="SimSun" w:hAnsi="Times New Roman"/>
          <w:sz w:val="24"/>
          <w:lang w:eastAsia="zh-CN"/>
        </w:rPr>
        <w:t>、如果问题涉及的关系比较复杂，可以通过两个以上的下标表示。如用</w:t>
      </w:r>
      <w:r>
        <w:rPr>
          <w:rFonts w:ascii="Times New Roman" w:eastAsia="SimSun" w:hAnsi="Times New Roman"/>
          <w:sz w:val="24"/>
          <w:lang w:eastAsia="zh-CN"/>
        </w:rPr>
        <w:t xml:space="preserve"> Xᵢⱼ </w:t>
      </w:r>
      <w:r>
        <w:rPr>
          <w:rFonts w:ascii="Times New Roman" w:eastAsia="SimSun" w:hAnsi="Times New Roman"/>
          <w:sz w:val="24"/>
          <w:lang w:eastAsia="zh-CN"/>
        </w:rPr>
        <w:t>表示第</w:t>
      </w:r>
      <w:r>
        <w:rPr>
          <w:rFonts w:ascii="Times New Roman" w:eastAsia="SimSun" w:hAnsi="Times New Roman"/>
          <w:sz w:val="24"/>
          <w:lang w:eastAsia="zh-CN"/>
        </w:rPr>
        <w:t>k</w:t>
      </w:r>
      <w:r>
        <w:rPr>
          <w:rFonts w:ascii="Times New Roman" w:eastAsia="SimSun" w:hAnsi="Times New Roman"/>
          <w:sz w:val="24"/>
          <w:lang w:eastAsia="zh-CN"/>
        </w:rPr>
        <w:t>个时间段第</w:t>
      </w:r>
      <w:r>
        <w:rPr>
          <w:rFonts w:ascii="Times New Roman" w:eastAsia="SimSun" w:hAnsi="Times New Roman"/>
          <w:sz w:val="24"/>
          <w:lang w:eastAsia="zh-CN"/>
        </w:rPr>
        <w:t>i</w:t>
      </w:r>
      <w:r>
        <w:rPr>
          <w:rFonts w:ascii="Times New Roman" w:eastAsia="SimSun" w:hAnsi="Times New Roman"/>
          <w:sz w:val="24"/>
          <w:lang w:eastAsia="zh-CN"/>
        </w:rPr>
        <w:t>个车站流向第</w:t>
      </w:r>
      <w:r>
        <w:rPr>
          <w:rFonts w:ascii="Times New Roman" w:eastAsia="SimSun" w:hAnsi="Times New Roman"/>
          <w:sz w:val="24"/>
          <w:lang w:eastAsia="zh-CN"/>
        </w:rPr>
        <w:t>j</w:t>
      </w:r>
      <w:r>
        <w:rPr>
          <w:rFonts w:ascii="Times New Roman" w:eastAsia="SimSun" w:hAnsi="Times New Roman"/>
          <w:sz w:val="24"/>
          <w:lang w:eastAsia="zh-CN"/>
        </w:rPr>
        <w:t>个车站的人流量。</w:t>
      </w:r>
    </w:p>
    <w:p w14:paraId="6329DFA6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sz w:val="24"/>
          <w:lang w:eastAsia="zh-CN"/>
        </w:rPr>
        <w:t>4</w:t>
      </w:r>
      <w:r>
        <w:rPr>
          <w:rFonts w:ascii="Times New Roman" w:eastAsia="SimSun" w:hAnsi="Times New Roman"/>
          <w:sz w:val="24"/>
          <w:lang w:eastAsia="zh-CN"/>
        </w:rPr>
        <w:t>、一般情况下，符号在公式中出现之前，可叙述实际含义时将符号用小括号注明。如：第</w:t>
      </w:r>
      <w:r>
        <w:rPr>
          <w:rFonts w:ascii="Times New Roman" w:eastAsia="SimSun" w:hAnsi="Times New Roman"/>
          <w:sz w:val="24"/>
          <w:lang w:eastAsia="zh-CN"/>
        </w:rPr>
        <w:t>i</w:t>
      </w:r>
      <w:r>
        <w:rPr>
          <w:rFonts w:ascii="Times New Roman" w:eastAsia="SimSun" w:hAnsi="Times New Roman"/>
          <w:sz w:val="24"/>
          <w:lang w:eastAsia="zh-CN"/>
        </w:rPr>
        <w:t>个侧面油罐单元的油位高度（</w:t>
      </w:r>
      <w:r>
        <w:rPr>
          <w:rFonts w:ascii="Times New Roman" w:eastAsia="SimSun" w:hAnsi="Times New Roman"/>
          <w:sz w:val="24"/>
          <w:lang w:eastAsia="zh-CN"/>
        </w:rPr>
        <w:t>hᵢ</w:t>
      </w:r>
      <w:r>
        <w:rPr>
          <w:rFonts w:ascii="Times New Roman" w:eastAsia="SimSun" w:hAnsi="Times New Roman"/>
          <w:sz w:val="24"/>
          <w:lang w:eastAsia="zh-CN"/>
        </w:rPr>
        <w:t>）、距离近油位圆柱侧面的长度（</w:t>
      </w:r>
      <w:r>
        <w:rPr>
          <w:rFonts w:ascii="Times New Roman" w:eastAsia="SimSun" w:hAnsi="Times New Roman"/>
          <w:sz w:val="24"/>
          <w:lang w:eastAsia="zh-CN"/>
        </w:rPr>
        <w:t>lᵢ</w:t>
      </w:r>
      <w:r>
        <w:rPr>
          <w:rFonts w:ascii="Times New Roman" w:eastAsia="SimSun" w:hAnsi="Times New Roman"/>
          <w:sz w:val="24"/>
          <w:lang w:eastAsia="zh-CN"/>
        </w:rPr>
        <w:t>），总油位高度（</w:t>
      </w:r>
      <w:r>
        <w:rPr>
          <w:rFonts w:ascii="Times New Roman" w:eastAsia="SimSun" w:hAnsi="Times New Roman"/>
          <w:sz w:val="24"/>
          <w:lang w:eastAsia="zh-CN"/>
        </w:rPr>
        <w:t>h</w:t>
      </w:r>
      <w:r>
        <w:rPr>
          <w:rFonts w:ascii="Times New Roman" w:eastAsia="SimSun" w:hAnsi="Times New Roman"/>
          <w:sz w:val="24"/>
          <w:lang w:eastAsia="zh-CN"/>
        </w:rPr>
        <w:t>）、油罐长度（</w:t>
      </w:r>
      <w:r>
        <w:rPr>
          <w:rFonts w:ascii="Times New Roman" w:eastAsia="SimSun" w:hAnsi="Times New Roman"/>
          <w:sz w:val="24"/>
          <w:lang w:eastAsia="zh-CN"/>
        </w:rPr>
        <w:t>l</w:t>
      </w:r>
      <w:r>
        <w:rPr>
          <w:rFonts w:ascii="Times New Roman" w:eastAsia="SimSun" w:hAnsi="Times New Roman"/>
          <w:sz w:val="24"/>
          <w:lang w:eastAsia="zh-CN"/>
        </w:rPr>
        <w:t>）存在如下关系：</w:t>
      </w:r>
      <w:r>
        <w:rPr>
          <w:rFonts w:ascii="Times New Roman" w:eastAsia="SimSun" w:hAnsi="Times New Roman"/>
          <w:sz w:val="24"/>
          <w:lang w:eastAsia="zh-CN"/>
        </w:rPr>
        <w:t>(h−hᵢ)/(l−lᵢ) = tan</w:t>
      </w:r>
      <w:r>
        <w:rPr>
          <w:rFonts w:ascii="Times New Roman" w:eastAsia="SimSun" w:hAnsi="Times New Roman"/>
          <w:sz w:val="24"/>
        </w:rPr>
        <w:t>α</w:t>
      </w:r>
    </w:p>
    <w:p w14:paraId="5875D292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b/>
          <w:sz w:val="24"/>
          <w:lang w:eastAsia="zh-CN"/>
        </w:rPr>
        <w:t>容易出现的问题：</w:t>
      </w:r>
      <w:r>
        <w:rPr>
          <w:rFonts w:ascii="Times New Roman" w:eastAsia="SimSun" w:hAnsi="Times New Roman"/>
          <w:sz w:val="24"/>
          <w:lang w:eastAsia="zh-CN"/>
        </w:rPr>
        <w:t>不具体、不规范。</w:t>
      </w:r>
    </w:p>
    <w:p w14:paraId="3B1C2120" w14:textId="77777777" w:rsidR="005F4249" w:rsidRDefault="00000000">
      <w:pPr>
        <w:spacing w:before="240" w:after="120"/>
        <w:jc w:val="center"/>
        <w:rPr>
          <w:lang w:eastAsia="zh-CN"/>
        </w:rPr>
      </w:pPr>
      <w:r>
        <w:rPr>
          <w:rFonts w:ascii="Times New Roman" w:eastAsia="SimHei" w:hAnsi="Times New Roman"/>
          <w:sz w:val="28"/>
          <w:lang w:eastAsia="zh-CN"/>
        </w:rPr>
        <w:t>五、模型建立</w:t>
      </w:r>
    </w:p>
    <w:p w14:paraId="412FACA8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sz w:val="24"/>
          <w:lang w:eastAsia="zh-CN"/>
        </w:rPr>
        <w:t>模型建立的内容要点如下：</w:t>
      </w:r>
    </w:p>
    <w:p w14:paraId="5CFF6F50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b/>
          <w:sz w:val="24"/>
          <w:lang w:eastAsia="zh-CN"/>
        </w:rPr>
        <w:t>模型的主要类别：</w:t>
      </w:r>
      <w:r>
        <w:rPr>
          <w:rFonts w:ascii="Times New Roman" w:eastAsia="SimSun" w:hAnsi="Times New Roman"/>
          <w:sz w:val="24"/>
          <w:lang w:eastAsia="zh-CN"/>
        </w:rPr>
        <w:t>初等模型、微分方程模型、差分方程模型、概率模型、统计预测模型、优化模型、决策模型、图论模型等。</w:t>
      </w:r>
    </w:p>
    <w:p w14:paraId="4E5E3870" w14:textId="77777777" w:rsidR="005F4249" w:rsidRDefault="00000000">
      <w:pPr>
        <w:spacing w:before="120" w:after="60"/>
        <w:rPr>
          <w:lang w:eastAsia="zh-CN"/>
        </w:rPr>
      </w:pPr>
      <w:r>
        <w:rPr>
          <w:rFonts w:ascii="Times New Roman" w:eastAsia="SimHei" w:hAnsi="Times New Roman"/>
          <w:sz w:val="24"/>
          <w:lang w:eastAsia="zh-CN"/>
        </w:rPr>
        <w:t>建模时的要点：</w:t>
      </w:r>
    </w:p>
    <w:p w14:paraId="0FA7FB81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sz w:val="24"/>
          <w:lang w:eastAsia="zh-CN"/>
        </w:rPr>
        <w:t>建模的整个过程要清楚，自圆其说，有结果、有创新；</w:t>
      </w:r>
    </w:p>
    <w:p w14:paraId="3A683D09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sz w:val="24"/>
          <w:lang w:eastAsia="zh-CN"/>
        </w:rPr>
        <w:t>必须有数学模型，同一问题的不同模型要比较；</w:t>
      </w:r>
    </w:p>
    <w:p w14:paraId="4BFA4C73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sz w:val="24"/>
          <w:lang w:eastAsia="zh-CN"/>
        </w:rPr>
        <w:t>数据必须有分析和筛选。</w:t>
      </w:r>
    </w:p>
    <w:p w14:paraId="5C53AADF" w14:textId="77777777" w:rsidR="005F4249" w:rsidRDefault="00000000">
      <w:pPr>
        <w:spacing w:before="120" w:after="60"/>
        <w:rPr>
          <w:lang w:eastAsia="zh-CN"/>
        </w:rPr>
      </w:pPr>
      <w:r>
        <w:rPr>
          <w:rFonts w:ascii="Times New Roman" w:eastAsia="SimHei" w:hAnsi="Times New Roman"/>
          <w:sz w:val="24"/>
          <w:lang w:eastAsia="zh-CN"/>
        </w:rPr>
        <w:t>几类常见的建模目的：</w:t>
      </w:r>
    </w:p>
    <w:p w14:paraId="10CF17B6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sz w:val="24"/>
          <w:lang w:eastAsia="zh-CN"/>
        </w:rPr>
        <w:t>1</w:t>
      </w:r>
      <w:r>
        <w:rPr>
          <w:rFonts w:ascii="Times New Roman" w:eastAsia="SimSun" w:hAnsi="Times New Roman"/>
          <w:sz w:val="24"/>
          <w:lang w:eastAsia="zh-CN"/>
        </w:rPr>
        <w:t>、描述或解释现实世界的各类现象，常采用机理型分析方法，探索研究对象的内在规律性。</w:t>
      </w:r>
    </w:p>
    <w:p w14:paraId="73CD6DC4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sz w:val="24"/>
          <w:lang w:eastAsia="zh-CN"/>
        </w:rPr>
        <w:t>2</w:t>
      </w:r>
      <w:r>
        <w:rPr>
          <w:rFonts w:ascii="Times New Roman" w:eastAsia="SimSun" w:hAnsi="Times New Roman"/>
          <w:sz w:val="24"/>
          <w:lang w:eastAsia="zh-CN"/>
        </w:rPr>
        <w:t>、预测感兴趣的事件是否会发生，或者事物的发展趋势，常采用数理统计或模拟的方法。</w:t>
      </w:r>
    </w:p>
    <w:p w14:paraId="2AF8F170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sz w:val="24"/>
          <w:lang w:eastAsia="zh-CN"/>
        </w:rPr>
        <w:lastRenderedPageBreak/>
        <w:t>3</w:t>
      </w:r>
      <w:r>
        <w:rPr>
          <w:rFonts w:ascii="Times New Roman" w:eastAsia="SimSun" w:hAnsi="Times New Roman"/>
          <w:sz w:val="24"/>
          <w:lang w:eastAsia="zh-CN"/>
        </w:rPr>
        <w:t>、优化管理、决策或者控制事物，需要合理地定义可量化的评价指标及评价方法。</w:t>
      </w:r>
    </w:p>
    <w:p w14:paraId="2B532BA2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b/>
          <w:sz w:val="24"/>
          <w:lang w:eastAsia="zh-CN"/>
        </w:rPr>
        <w:t>建模过程常见的几个要点：</w:t>
      </w:r>
      <w:r>
        <w:rPr>
          <w:rFonts w:ascii="Times New Roman" w:eastAsia="SimSun" w:hAnsi="Times New Roman"/>
          <w:sz w:val="24"/>
          <w:lang w:eastAsia="zh-CN"/>
        </w:rPr>
        <w:t>模型的整体设计、合理的假设、建立数学结构、建立数学表达式。</w:t>
      </w:r>
    </w:p>
    <w:p w14:paraId="30BDA671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b/>
          <w:sz w:val="24"/>
          <w:lang w:eastAsia="zh-CN"/>
        </w:rPr>
        <w:t>模型的基本要求：</w:t>
      </w:r>
      <w:r>
        <w:rPr>
          <w:rFonts w:ascii="Times New Roman" w:eastAsia="SimSun" w:hAnsi="Times New Roman"/>
          <w:sz w:val="24"/>
          <w:lang w:eastAsia="zh-CN"/>
        </w:rPr>
        <w:t>明确、合理、简洁、具有一般性。</w:t>
      </w:r>
    </w:p>
    <w:p w14:paraId="76A7068D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sz w:val="24"/>
          <w:lang w:eastAsia="zh-CN"/>
        </w:rPr>
        <w:t>例如：有些论文不给出明确的模型，只是就赛题所给的特殊情况，用凑得方法给出结果，虽然结果对，但缺乏一般性，不是建模的正确思路。</w:t>
      </w:r>
    </w:p>
    <w:p w14:paraId="00B356B2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b/>
          <w:sz w:val="24"/>
          <w:lang w:eastAsia="zh-CN"/>
        </w:rPr>
        <w:t>模型选择要点：</w:t>
      </w:r>
      <w:r>
        <w:rPr>
          <w:rFonts w:ascii="Times New Roman" w:eastAsia="SimSun" w:hAnsi="Times New Roman"/>
          <w:sz w:val="24"/>
          <w:lang w:eastAsia="zh-CN"/>
        </w:rPr>
        <w:t>数学建模面临的、要解决的是实际问题，不追求数学上高（级）、深（刻）、难（度大）。模型要实用、有效，以解决问题有效为原则。</w:t>
      </w:r>
    </w:p>
    <w:p w14:paraId="7B11ADB9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sz w:val="24"/>
          <w:lang w:eastAsia="zh-CN"/>
        </w:rPr>
        <w:t>1</w:t>
      </w:r>
      <w:r>
        <w:rPr>
          <w:rFonts w:ascii="Times New Roman" w:eastAsia="SimSun" w:hAnsi="Times New Roman"/>
          <w:sz w:val="24"/>
          <w:lang w:eastAsia="zh-CN"/>
        </w:rPr>
        <w:t>、能用初等方法解决的，就不用高级方法。</w:t>
      </w:r>
    </w:p>
    <w:p w14:paraId="704281D9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sz w:val="24"/>
          <w:lang w:eastAsia="zh-CN"/>
        </w:rPr>
        <w:t>2</w:t>
      </w:r>
      <w:r>
        <w:rPr>
          <w:rFonts w:ascii="Times New Roman" w:eastAsia="SimSun" w:hAnsi="Times New Roman"/>
          <w:sz w:val="24"/>
          <w:lang w:eastAsia="zh-CN"/>
        </w:rPr>
        <w:t>、能用简单方法解决的，就不用复杂方法。</w:t>
      </w:r>
    </w:p>
    <w:p w14:paraId="427C5FF0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sz w:val="24"/>
          <w:lang w:eastAsia="zh-CN"/>
        </w:rPr>
        <w:t>3</w:t>
      </w:r>
      <w:r>
        <w:rPr>
          <w:rFonts w:ascii="Times New Roman" w:eastAsia="SimSun" w:hAnsi="Times New Roman"/>
          <w:sz w:val="24"/>
          <w:lang w:eastAsia="zh-CN"/>
        </w:rPr>
        <w:t>、能用被更多人看懂、理解的方法，就不用只能少数人看懂、理解的方法。</w:t>
      </w:r>
    </w:p>
    <w:p w14:paraId="387948A3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b/>
          <w:sz w:val="24"/>
          <w:lang w:eastAsia="zh-CN"/>
        </w:rPr>
        <w:t>模型建立写作要求：</w:t>
      </w:r>
      <w:r>
        <w:rPr>
          <w:rFonts w:ascii="Times New Roman" w:eastAsia="SimSun" w:hAnsi="Times New Roman"/>
          <w:sz w:val="24"/>
          <w:lang w:eastAsia="zh-CN"/>
        </w:rPr>
        <w:t>对于每一个模型的建立，需要写出的内容包括：问题分析</w:t>
      </w:r>
      <w:r>
        <w:rPr>
          <w:rFonts w:ascii="Times New Roman" w:eastAsia="SimSun" w:hAnsi="Times New Roman"/>
          <w:sz w:val="24"/>
          <w:lang w:eastAsia="zh-CN"/>
        </w:rPr>
        <w:t xml:space="preserve"> → </w:t>
      </w:r>
      <w:r>
        <w:rPr>
          <w:rFonts w:ascii="Times New Roman" w:eastAsia="SimSun" w:hAnsi="Times New Roman"/>
          <w:sz w:val="24"/>
          <w:lang w:eastAsia="zh-CN"/>
        </w:rPr>
        <w:t>公式推导</w:t>
      </w:r>
      <w:r>
        <w:rPr>
          <w:rFonts w:ascii="Times New Roman" w:eastAsia="SimSun" w:hAnsi="Times New Roman"/>
          <w:sz w:val="24"/>
          <w:lang w:eastAsia="zh-CN"/>
        </w:rPr>
        <w:t xml:space="preserve"> → </w:t>
      </w:r>
      <w:r>
        <w:rPr>
          <w:rFonts w:ascii="Times New Roman" w:eastAsia="SimSun" w:hAnsi="Times New Roman"/>
          <w:sz w:val="24"/>
          <w:lang w:eastAsia="zh-CN"/>
        </w:rPr>
        <w:t>基本模型</w:t>
      </w:r>
      <w:r>
        <w:rPr>
          <w:rFonts w:ascii="Times New Roman" w:eastAsia="SimSun" w:hAnsi="Times New Roman"/>
          <w:sz w:val="24"/>
          <w:lang w:eastAsia="zh-CN"/>
        </w:rPr>
        <w:t xml:space="preserve"> → </w:t>
      </w:r>
      <w:r>
        <w:rPr>
          <w:rFonts w:ascii="Times New Roman" w:eastAsia="SimSun" w:hAnsi="Times New Roman"/>
          <w:sz w:val="24"/>
          <w:lang w:eastAsia="zh-CN"/>
        </w:rPr>
        <w:t>最终或简化模型。</w:t>
      </w:r>
    </w:p>
    <w:p w14:paraId="1FE475E0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sz w:val="24"/>
          <w:lang w:eastAsia="zh-CN"/>
        </w:rPr>
        <w:t>1</w:t>
      </w:r>
      <w:r>
        <w:rPr>
          <w:rFonts w:ascii="Times New Roman" w:eastAsia="SimSun" w:hAnsi="Times New Roman"/>
          <w:sz w:val="24"/>
          <w:lang w:eastAsia="zh-CN"/>
        </w:rPr>
        <w:t>、基本模型：要有数学模型、数学公式、方案等，要求完整、正确、简明。</w:t>
      </w:r>
    </w:p>
    <w:p w14:paraId="1A8AD1FE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sz w:val="24"/>
          <w:lang w:eastAsia="zh-CN"/>
        </w:rPr>
        <w:t>2</w:t>
      </w:r>
      <w:r>
        <w:rPr>
          <w:rFonts w:ascii="Times New Roman" w:eastAsia="SimSun" w:hAnsi="Times New Roman"/>
          <w:sz w:val="24"/>
          <w:lang w:eastAsia="zh-CN"/>
        </w:rPr>
        <w:t>、简化模型：要明确说明简化思想和依据，简化后的模型尽可能给出。</w:t>
      </w:r>
    </w:p>
    <w:p w14:paraId="5AA6B8EA" w14:textId="77777777" w:rsidR="005F4249" w:rsidRDefault="00000000">
      <w:pPr>
        <w:spacing w:before="120" w:after="60"/>
        <w:rPr>
          <w:lang w:eastAsia="zh-CN"/>
        </w:rPr>
      </w:pPr>
      <w:r>
        <w:rPr>
          <w:rFonts w:ascii="Times New Roman" w:eastAsia="SimHei" w:hAnsi="Times New Roman"/>
          <w:sz w:val="24"/>
          <w:lang w:eastAsia="zh-CN"/>
        </w:rPr>
        <w:t>加分项（能在规定时间内做完后还有足够时间的再考虑加分项）：</w:t>
      </w:r>
    </w:p>
    <w:p w14:paraId="4910D953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sz w:val="24"/>
          <w:lang w:eastAsia="zh-CN"/>
        </w:rPr>
        <w:t>1</w:t>
      </w:r>
      <w:r>
        <w:rPr>
          <w:rFonts w:ascii="Times New Roman" w:eastAsia="SimSun" w:hAnsi="Times New Roman"/>
          <w:sz w:val="24"/>
          <w:lang w:eastAsia="zh-CN"/>
        </w:rPr>
        <w:t>、鼓励创新：在能解决问题的基础上，对经典模型进行改进，欣赏独树一帜、有创新性的模型，但要合理。</w:t>
      </w:r>
    </w:p>
    <w:p w14:paraId="266E29B5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sz w:val="24"/>
          <w:lang w:eastAsia="zh-CN"/>
        </w:rPr>
        <w:t>2</w:t>
      </w:r>
      <w:r>
        <w:rPr>
          <w:rFonts w:ascii="Times New Roman" w:eastAsia="SimSun" w:hAnsi="Times New Roman"/>
          <w:sz w:val="24"/>
          <w:lang w:eastAsia="zh-CN"/>
        </w:rPr>
        <w:t>、对于同一问题使用两个或以上合理模型进行求解。避免出现单纯罗列模型，又不做对比和评价的现象。</w:t>
      </w:r>
    </w:p>
    <w:p w14:paraId="6B42D573" w14:textId="77777777" w:rsidR="005F4249" w:rsidRDefault="00000000">
      <w:pPr>
        <w:spacing w:before="120" w:after="60"/>
        <w:rPr>
          <w:lang w:eastAsia="zh-CN"/>
        </w:rPr>
      </w:pPr>
      <w:r>
        <w:rPr>
          <w:rFonts w:ascii="Times New Roman" w:eastAsia="SimHei" w:hAnsi="Times New Roman"/>
          <w:sz w:val="24"/>
          <w:lang w:eastAsia="zh-CN"/>
        </w:rPr>
        <w:t>下面的标题结构可以借鉴：</w:t>
      </w:r>
    </w:p>
    <w:p w14:paraId="7E038EAA" w14:textId="77777777" w:rsidR="005F4249" w:rsidRDefault="00000000">
      <w:pPr>
        <w:spacing w:after="0" w:line="360" w:lineRule="auto"/>
        <w:rPr>
          <w:lang w:eastAsia="zh-CN"/>
        </w:rPr>
      </w:pPr>
      <w:r>
        <w:rPr>
          <w:rFonts w:ascii="Times New Roman" w:eastAsia="SimSun" w:hAnsi="Times New Roman"/>
          <w:sz w:val="24"/>
          <w:lang w:eastAsia="zh-CN"/>
        </w:rPr>
        <w:t xml:space="preserve">5  </w:t>
      </w:r>
      <w:r>
        <w:rPr>
          <w:rFonts w:ascii="Times New Roman" w:eastAsia="SimSun" w:hAnsi="Times New Roman"/>
          <w:sz w:val="24"/>
          <w:lang w:eastAsia="zh-CN"/>
        </w:rPr>
        <w:t>模型的建立与求解</w:t>
      </w:r>
    </w:p>
    <w:p w14:paraId="6985138E" w14:textId="77777777" w:rsidR="005F4249" w:rsidRDefault="00000000">
      <w:pPr>
        <w:spacing w:after="0" w:line="360" w:lineRule="auto"/>
        <w:rPr>
          <w:lang w:eastAsia="zh-CN"/>
        </w:rPr>
      </w:pPr>
      <w:r>
        <w:rPr>
          <w:rFonts w:ascii="Times New Roman" w:eastAsia="SimSun" w:hAnsi="Times New Roman"/>
          <w:sz w:val="24"/>
          <w:lang w:eastAsia="zh-CN"/>
        </w:rPr>
        <w:t xml:space="preserve">5.1  </w:t>
      </w:r>
      <w:r>
        <w:rPr>
          <w:rFonts w:ascii="Times New Roman" w:eastAsia="SimSun" w:hAnsi="Times New Roman"/>
          <w:sz w:val="24"/>
          <w:lang w:eastAsia="zh-CN"/>
        </w:rPr>
        <w:t>问题一建立模型（需要能反映具体内容的标题）</w:t>
      </w:r>
    </w:p>
    <w:p w14:paraId="314C1BE8" w14:textId="77777777" w:rsidR="005F4249" w:rsidRDefault="00000000">
      <w:pPr>
        <w:spacing w:after="0" w:line="360" w:lineRule="auto"/>
        <w:rPr>
          <w:lang w:eastAsia="zh-CN"/>
        </w:rPr>
      </w:pPr>
      <w:r>
        <w:rPr>
          <w:rFonts w:ascii="Times New Roman" w:eastAsia="SimSun" w:hAnsi="Times New Roman"/>
          <w:sz w:val="24"/>
          <w:lang w:eastAsia="zh-CN"/>
        </w:rPr>
        <w:t>5.1.1  XX</w:t>
      </w:r>
      <w:r>
        <w:rPr>
          <w:rFonts w:ascii="Times New Roman" w:eastAsia="SimSun" w:hAnsi="Times New Roman"/>
          <w:sz w:val="24"/>
          <w:lang w:eastAsia="zh-CN"/>
        </w:rPr>
        <w:t>数据处理</w:t>
      </w:r>
    </w:p>
    <w:p w14:paraId="4FD76DA5" w14:textId="77777777" w:rsidR="005F4249" w:rsidRDefault="00000000">
      <w:pPr>
        <w:spacing w:after="0" w:line="360" w:lineRule="auto"/>
        <w:rPr>
          <w:lang w:eastAsia="zh-CN"/>
        </w:rPr>
      </w:pPr>
      <w:r>
        <w:rPr>
          <w:rFonts w:ascii="Times New Roman" w:eastAsia="SimSun" w:hAnsi="Times New Roman"/>
          <w:sz w:val="24"/>
          <w:lang w:eastAsia="zh-CN"/>
        </w:rPr>
        <w:t xml:space="preserve">5.1.2  </w:t>
      </w:r>
      <w:r>
        <w:rPr>
          <w:rFonts w:ascii="Times New Roman" w:eastAsia="SimSun" w:hAnsi="Times New Roman"/>
          <w:sz w:val="24"/>
          <w:lang w:eastAsia="zh-CN"/>
        </w:rPr>
        <w:t>模型</w:t>
      </w:r>
      <w:r>
        <w:rPr>
          <w:rFonts w:ascii="Times New Roman" w:eastAsia="SimSun" w:hAnsi="Times New Roman"/>
          <w:sz w:val="24"/>
          <w:lang w:eastAsia="zh-CN"/>
        </w:rPr>
        <w:t>XX</w:t>
      </w:r>
      <w:r>
        <w:rPr>
          <w:rFonts w:ascii="Times New Roman" w:eastAsia="SimSun" w:hAnsi="Times New Roman"/>
          <w:sz w:val="24"/>
          <w:lang w:eastAsia="zh-CN"/>
        </w:rPr>
        <w:t>原理</w:t>
      </w:r>
    </w:p>
    <w:p w14:paraId="16962F08" w14:textId="77777777" w:rsidR="005F4249" w:rsidRDefault="00000000">
      <w:pPr>
        <w:spacing w:after="0" w:line="360" w:lineRule="auto"/>
        <w:rPr>
          <w:lang w:eastAsia="zh-CN"/>
        </w:rPr>
      </w:pPr>
      <w:r>
        <w:rPr>
          <w:rFonts w:ascii="Times New Roman" w:eastAsia="SimSun" w:hAnsi="Times New Roman"/>
          <w:sz w:val="24"/>
          <w:lang w:eastAsia="zh-CN"/>
        </w:rPr>
        <w:t xml:space="preserve">5.1.3  </w:t>
      </w:r>
      <w:r>
        <w:rPr>
          <w:rFonts w:ascii="Times New Roman" w:eastAsia="SimSun" w:hAnsi="Times New Roman"/>
          <w:sz w:val="24"/>
          <w:lang w:eastAsia="zh-CN"/>
        </w:rPr>
        <w:t>使用</w:t>
      </w:r>
      <w:r>
        <w:rPr>
          <w:rFonts w:ascii="Times New Roman" w:eastAsia="SimSun" w:hAnsi="Times New Roman"/>
          <w:sz w:val="24"/>
          <w:lang w:eastAsia="zh-CN"/>
        </w:rPr>
        <w:t>XX</w:t>
      </w:r>
      <w:r>
        <w:rPr>
          <w:rFonts w:ascii="Times New Roman" w:eastAsia="SimSun" w:hAnsi="Times New Roman"/>
          <w:sz w:val="24"/>
          <w:lang w:eastAsia="zh-CN"/>
        </w:rPr>
        <w:t>方法对</w:t>
      </w:r>
      <w:r>
        <w:rPr>
          <w:rFonts w:ascii="Times New Roman" w:eastAsia="SimSun" w:hAnsi="Times New Roman"/>
          <w:sz w:val="24"/>
          <w:lang w:eastAsia="zh-CN"/>
        </w:rPr>
        <w:t>XX</w:t>
      </w:r>
      <w:r>
        <w:rPr>
          <w:rFonts w:ascii="Times New Roman" w:eastAsia="SimSun" w:hAnsi="Times New Roman"/>
          <w:sz w:val="24"/>
          <w:lang w:eastAsia="zh-CN"/>
        </w:rPr>
        <w:t>进行求解</w:t>
      </w:r>
    </w:p>
    <w:p w14:paraId="1A970273" w14:textId="77777777" w:rsidR="005F4249" w:rsidRDefault="00000000">
      <w:pPr>
        <w:spacing w:after="0" w:line="360" w:lineRule="auto"/>
        <w:rPr>
          <w:lang w:eastAsia="zh-CN"/>
        </w:rPr>
      </w:pPr>
      <w:r>
        <w:rPr>
          <w:rFonts w:ascii="Times New Roman" w:eastAsia="SimSun" w:hAnsi="Times New Roman"/>
          <w:sz w:val="24"/>
          <w:lang w:eastAsia="zh-CN"/>
        </w:rPr>
        <w:t xml:space="preserve">5.1.4  </w:t>
      </w:r>
      <w:r>
        <w:rPr>
          <w:rFonts w:ascii="Times New Roman" w:eastAsia="SimSun" w:hAnsi="Times New Roman"/>
          <w:sz w:val="24"/>
          <w:lang w:eastAsia="zh-CN"/>
        </w:rPr>
        <w:t>结果（最好写明结论）</w:t>
      </w:r>
    </w:p>
    <w:p w14:paraId="2E45C6A0" w14:textId="77777777" w:rsidR="005F4249" w:rsidRDefault="00000000">
      <w:pPr>
        <w:spacing w:after="0" w:line="360" w:lineRule="auto"/>
        <w:rPr>
          <w:lang w:eastAsia="zh-CN"/>
        </w:rPr>
      </w:pPr>
      <w:r>
        <w:rPr>
          <w:rFonts w:ascii="Times New Roman" w:eastAsia="SimSun" w:hAnsi="Times New Roman"/>
          <w:sz w:val="24"/>
          <w:lang w:eastAsia="zh-CN"/>
        </w:rPr>
        <w:t>（图、表、文字）</w:t>
      </w:r>
    </w:p>
    <w:p w14:paraId="45E1C197" w14:textId="77777777" w:rsidR="005F4249" w:rsidRDefault="00000000">
      <w:pPr>
        <w:spacing w:after="0" w:line="360" w:lineRule="auto"/>
        <w:rPr>
          <w:lang w:eastAsia="zh-CN"/>
        </w:rPr>
      </w:pPr>
      <w:r>
        <w:rPr>
          <w:rFonts w:ascii="Times New Roman" w:eastAsia="SimSun" w:hAnsi="Times New Roman"/>
          <w:sz w:val="24"/>
          <w:lang w:eastAsia="zh-CN"/>
        </w:rPr>
        <w:t xml:space="preserve">5.2  </w:t>
      </w:r>
      <w:r>
        <w:rPr>
          <w:rFonts w:ascii="Times New Roman" w:eastAsia="SimSun" w:hAnsi="Times New Roman"/>
          <w:sz w:val="24"/>
          <w:lang w:eastAsia="zh-CN"/>
        </w:rPr>
        <w:t>问题二建立模型</w:t>
      </w:r>
    </w:p>
    <w:p w14:paraId="00CC930E" w14:textId="77777777" w:rsidR="005F4249" w:rsidRDefault="00000000">
      <w:pPr>
        <w:spacing w:after="0" w:line="360" w:lineRule="auto"/>
        <w:rPr>
          <w:lang w:eastAsia="zh-CN"/>
        </w:rPr>
      </w:pPr>
      <w:r>
        <w:rPr>
          <w:rFonts w:ascii="Times New Roman" w:eastAsia="SimSun" w:hAnsi="Times New Roman"/>
          <w:sz w:val="24"/>
          <w:lang w:eastAsia="zh-CN"/>
        </w:rPr>
        <w:t>5.2.1  XX</w:t>
      </w:r>
      <w:r>
        <w:rPr>
          <w:rFonts w:ascii="Times New Roman" w:eastAsia="SimSun" w:hAnsi="Times New Roman"/>
          <w:sz w:val="24"/>
          <w:lang w:eastAsia="zh-CN"/>
        </w:rPr>
        <w:t>数据处理</w:t>
      </w:r>
    </w:p>
    <w:p w14:paraId="4332215B" w14:textId="77777777" w:rsidR="005F4249" w:rsidRDefault="00000000">
      <w:pPr>
        <w:spacing w:after="0" w:line="360" w:lineRule="auto"/>
        <w:rPr>
          <w:lang w:eastAsia="zh-CN"/>
        </w:rPr>
      </w:pPr>
      <w:r>
        <w:rPr>
          <w:rFonts w:ascii="Times New Roman" w:eastAsia="SimSun" w:hAnsi="Times New Roman"/>
          <w:sz w:val="24"/>
          <w:lang w:eastAsia="zh-CN"/>
        </w:rPr>
        <w:lastRenderedPageBreak/>
        <w:t>5.2.2  ……</w:t>
      </w:r>
    </w:p>
    <w:p w14:paraId="75366C69" w14:textId="77777777" w:rsidR="005F4249" w:rsidRDefault="00000000">
      <w:pPr>
        <w:spacing w:after="0" w:line="360" w:lineRule="auto"/>
        <w:rPr>
          <w:lang w:eastAsia="zh-CN"/>
        </w:rPr>
      </w:pPr>
      <w:r>
        <w:rPr>
          <w:rFonts w:ascii="Times New Roman" w:eastAsia="SimSun" w:hAnsi="Times New Roman"/>
          <w:sz w:val="24"/>
          <w:lang w:eastAsia="zh-CN"/>
        </w:rPr>
        <w:t>……</w:t>
      </w:r>
    </w:p>
    <w:p w14:paraId="43E9E0F8" w14:textId="77777777" w:rsidR="005F4249" w:rsidRDefault="00000000">
      <w:pPr>
        <w:spacing w:after="0" w:line="360" w:lineRule="auto"/>
        <w:rPr>
          <w:lang w:eastAsia="zh-CN"/>
        </w:rPr>
      </w:pPr>
      <w:r>
        <w:rPr>
          <w:rFonts w:ascii="Times New Roman" w:eastAsia="SimSun" w:hAnsi="Times New Roman"/>
          <w:sz w:val="24"/>
          <w:lang w:eastAsia="zh-CN"/>
        </w:rPr>
        <w:t xml:space="preserve">5.3  </w:t>
      </w:r>
      <w:r>
        <w:rPr>
          <w:rFonts w:ascii="Times New Roman" w:eastAsia="SimSun" w:hAnsi="Times New Roman"/>
          <w:sz w:val="24"/>
          <w:lang w:eastAsia="zh-CN"/>
        </w:rPr>
        <w:t>问题三</w:t>
      </w:r>
      <w:r>
        <w:rPr>
          <w:rFonts w:ascii="Times New Roman" w:eastAsia="SimSun" w:hAnsi="Times New Roman"/>
          <w:sz w:val="24"/>
          <w:lang w:eastAsia="zh-CN"/>
        </w:rPr>
        <w:t>……</w:t>
      </w:r>
    </w:p>
    <w:p w14:paraId="7E68686D" w14:textId="77777777" w:rsidR="005F4249" w:rsidRDefault="00000000">
      <w:pPr>
        <w:spacing w:before="120" w:after="60"/>
        <w:rPr>
          <w:lang w:eastAsia="zh-CN"/>
        </w:rPr>
      </w:pPr>
      <w:r>
        <w:rPr>
          <w:rFonts w:ascii="Times New Roman" w:eastAsia="SimHei" w:hAnsi="Times New Roman"/>
          <w:sz w:val="24"/>
          <w:lang w:eastAsia="zh-CN"/>
        </w:rPr>
        <w:t>小技巧</w:t>
      </w:r>
    </w:p>
    <w:p w14:paraId="067B11BE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sz w:val="24"/>
          <w:lang w:eastAsia="zh-CN"/>
        </w:rPr>
        <w:t>两张相关图表的对比，很难排好版面，其实可以用</w:t>
      </w:r>
      <w:r>
        <w:rPr>
          <w:rFonts w:ascii="Times New Roman" w:eastAsia="SimSun" w:hAnsi="Times New Roman"/>
          <w:sz w:val="24"/>
          <w:lang w:eastAsia="zh-CN"/>
        </w:rPr>
        <w:t>“</w:t>
      </w:r>
      <w:r>
        <w:rPr>
          <w:rFonts w:ascii="Times New Roman" w:eastAsia="SimSun" w:hAnsi="Times New Roman"/>
          <w:sz w:val="24"/>
          <w:lang w:eastAsia="zh-CN"/>
        </w:rPr>
        <w:t>插入</w:t>
      </w:r>
      <w:r>
        <w:rPr>
          <w:rFonts w:ascii="Times New Roman" w:eastAsia="SimSun" w:hAnsi="Times New Roman"/>
          <w:sz w:val="24"/>
          <w:lang w:eastAsia="zh-CN"/>
        </w:rPr>
        <w:t>”→“</w:t>
      </w:r>
      <w:r>
        <w:rPr>
          <w:rFonts w:ascii="Times New Roman" w:eastAsia="SimSun" w:hAnsi="Times New Roman"/>
          <w:sz w:val="24"/>
          <w:lang w:eastAsia="zh-CN"/>
        </w:rPr>
        <w:t>表格</w:t>
      </w:r>
      <w:r>
        <w:rPr>
          <w:rFonts w:ascii="Times New Roman" w:eastAsia="SimSun" w:hAnsi="Times New Roman"/>
          <w:sz w:val="24"/>
          <w:lang w:eastAsia="zh-CN"/>
        </w:rPr>
        <w:t>”</w:t>
      </w:r>
      <w:r>
        <w:rPr>
          <w:rFonts w:ascii="Times New Roman" w:eastAsia="SimSun" w:hAnsi="Times New Roman"/>
          <w:sz w:val="24"/>
          <w:lang w:eastAsia="zh-CN"/>
        </w:rPr>
        <w:t>的方式。</w:t>
      </w:r>
    </w:p>
    <w:p w14:paraId="3A64481E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sz w:val="24"/>
          <w:lang w:eastAsia="zh-CN"/>
        </w:rPr>
        <w:t>在两个单元格中分别插入两个图表，之后将表格的边框设为白色，即可实现两图并排展示。图</w:t>
      </w:r>
      <w:r>
        <w:rPr>
          <w:rFonts w:ascii="Times New Roman" w:eastAsia="SimSun" w:hAnsi="Times New Roman"/>
          <w:sz w:val="24"/>
          <w:lang w:eastAsia="zh-CN"/>
        </w:rPr>
        <w:t>1</w:t>
      </w:r>
      <w:r>
        <w:rPr>
          <w:rFonts w:ascii="Times New Roman" w:eastAsia="SimSun" w:hAnsi="Times New Roman"/>
          <w:sz w:val="24"/>
          <w:lang w:eastAsia="zh-CN"/>
        </w:rPr>
        <w:t>、图</w:t>
      </w:r>
      <w:r>
        <w:rPr>
          <w:rFonts w:ascii="Times New Roman" w:eastAsia="SimSun" w:hAnsi="Times New Roman"/>
          <w:sz w:val="24"/>
          <w:lang w:eastAsia="zh-CN"/>
        </w:rPr>
        <w:t>2</w:t>
      </w:r>
      <w:r>
        <w:rPr>
          <w:rFonts w:ascii="Times New Roman" w:eastAsia="SimSun" w:hAnsi="Times New Roman"/>
          <w:sz w:val="24"/>
          <w:lang w:eastAsia="zh-CN"/>
        </w:rPr>
        <w:t>分别居中标注图题。</w:t>
      </w:r>
    </w:p>
    <w:p w14:paraId="342F732D" w14:textId="77777777" w:rsidR="005F4249" w:rsidRDefault="00000000">
      <w:pPr>
        <w:spacing w:before="240" w:after="120"/>
        <w:jc w:val="center"/>
        <w:rPr>
          <w:lang w:eastAsia="zh-CN"/>
        </w:rPr>
      </w:pPr>
      <w:r>
        <w:rPr>
          <w:rFonts w:ascii="Times New Roman" w:eastAsia="SimHei" w:hAnsi="Times New Roman"/>
          <w:sz w:val="28"/>
          <w:lang w:eastAsia="zh-CN"/>
        </w:rPr>
        <w:t>六、模型求解</w:t>
      </w:r>
    </w:p>
    <w:p w14:paraId="1B625BBE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sz w:val="24"/>
          <w:lang w:eastAsia="zh-CN"/>
        </w:rPr>
        <w:t>模型求解的内容要点如下：</w:t>
      </w:r>
    </w:p>
    <w:p w14:paraId="27664C0F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b/>
          <w:sz w:val="24"/>
          <w:lang w:eastAsia="zh-CN"/>
        </w:rPr>
        <w:t>主要包括：</w:t>
      </w:r>
      <w:r>
        <w:rPr>
          <w:rFonts w:ascii="Times New Roman" w:eastAsia="SimSun" w:hAnsi="Times New Roman"/>
          <w:sz w:val="24"/>
          <w:lang w:eastAsia="zh-CN"/>
        </w:rPr>
        <w:t>算法设计或选择，算法思想依据、步骤，算法实现，计算框图，所采用的软件。</w:t>
      </w:r>
    </w:p>
    <w:p w14:paraId="1A80B298" w14:textId="77777777" w:rsidR="005F4249" w:rsidRDefault="00000000">
      <w:pPr>
        <w:spacing w:before="120" w:after="60"/>
        <w:rPr>
          <w:lang w:eastAsia="zh-CN"/>
        </w:rPr>
      </w:pPr>
      <w:r>
        <w:rPr>
          <w:rFonts w:ascii="Times New Roman" w:eastAsia="SimHei" w:hAnsi="Times New Roman"/>
          <w:sz w:val="24"/>
          <w:lang w:eastAsia="zh-CN"/>
        </w:rPr>
        <w:t>写作要求：</w:t>
      </w:r>
    </w:p>
    <w:p w14:paraId="56502E36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sz w:val="24"/>
          <w:lang w:eastAsia="zh-CN"/>
        </w:rPr>
        <w:t>1</w:t>
      </w:r>
      <w:r>
        <w:rPr>
          <w:rFonts w:ascii="Times New Roman" w:eastAsia="SimSun" w:hAnsi="Times New Roman"/>
          <w:sz w:val="24"/>
          <w:lang w:eastAsia="zh-CN"/>
        </w:rPr>
        <w:t>、需要建立数学命题时：命题叙述要符合数学命题的表述规范，论证严密。</w:t>
      </w:r>
    </w:p>
    <w:p w14:paraId="5D09A1E9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sz w:val="24"/>
          <w:lang w:eastAsia="zh-CN"/>
        </w:rPr>
        <w:t>2</w:t>
      </w:r>
      <w:r>
        <w:rPr>
          <w:rFonts w:ascii="Times New Roman" w:eastAsia="SimSun" w:hAnsi="Times New Roman"/>
          <w:sz w:val="24"/>
          <w:lang w:eastAsia="zh-CN"/>
        </w:rPr>
        <w:t>、需要说明计算方法或算法的原理、思想、依据、步骤。若采用现有软件，说明采用此软件的理由，软件名称。</w:t>
      </w:r>
    </w:p>
    <w:p w14:paraId="55954EBF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sz w:val="24"/>
          <w:lang w:eastAsia="zh-CN"/>
        </w:rPr>
        <w:t>3</w:t>
      </w:r>
      <w:r>
        <w:rPr>
          <w:rFonts w:ascii="Times New Roman" w:eastAsia="SimSun" w:hAnsi="Times New Roman"/>
          <w:sz w:val="24"/>
          <w:lang w:eastAsia="zh-CN"/>
        </w:rPr>
        <w:t>、计算过程和中间结果对解答问题没有帮助的，不要列出。</w:t>
      </w:r>
    </w:p>
    <w:p w14:paraId="5BFACCD4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sz w:val="24"/>
          <w:lang w:eastAsia="zh-CN"/>
        </w:rPr>
        <w:t>4</w:t>
      </w:r>
      <w:r>
        <w:rPr>
          <w:rFonts w:ascii="Times New Roman" w:eastAsia="SimSun" w:hAnsi="Times New Roman"/>
          <w:sz w:val="24"/>
          <w:lang w:eastAsia="zh-CN"/>
        </w:rPr>
        <w:t>、题目中要求回答的问题，数值结果，结论，须逐个解答，结论要明确。</w:t>
      </w:r>
    </w:p>
    <w:p w14:paraId="3F90B9E2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sz w:val="24"/>
          <w:lang w:eastAsia="zh-CN"/>
        </w:rPr>
        <w:t>5</w:t>
      </w:r>
      <w:r>
        <w:rPr>
          <w:rFonts w:ascii="Times New Roman" w:eastAsia="SimSun" w:hAnsi="Times New Roman"/>
          <w:sz w:val="24"/>
          <w:lang w:eastAsia="zh-CN"/>
        </w:rPr>
        <w:t>、数据展示：适当列出多组数据，对数据进行比较、分析。</w:t>
      </w:r>
    </w:p>
    <w:p w14:paraId="2E37D6EA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sz w:val="24"/>
          <w:lang w:eastAsia="zh-CN"/>
        </w:rPr>
        <w:t>6</w:t>
      </w:r>
      <w:r>
        <w:rPr>
          <w:rFonts w:ascii="Times New Roman" w:eastAsia="SimSun" w:hAnsi="Times New Roman"/>
          <w:sz w:val="24"/>
          <w:lang w:eastAsia="zh-CN"/>
        </w:rPr>
        <w:t>、结果表示：善于运用流程图、模式图、数据表等方式灵活展示，达到一目了然，直观的效果。字不如图，表不如图！！</w:t>
      </w:r>
    </w:p>
    <w:p w14:paraId="2F3C913F" w14:textId="77777777" w:rsidR="005F4249" w:rsidRDefault="00000000">
      <w:pPr>
        <w:spacing w:before="240" w:after="120"/>
        <w:jc w:val="center"/>
        <w:rPr>
          <w:lang w:eastAsia="zh-CN"/>
        </w:rPr>
      </w:pPr>
      <w:r>
        <w:rPr>
          <w:rFonts w:ascii="Times New Roman" w:eastAsia="SimHei" w:hAnsi="Times New Roman"/>
          <w:sz w:val="28"/>
          <w:lang w:eastAsia="zh-CN"/>
        </w:rPr>
        <w:t>七、模型检验</w:t>
      </w:r>
    </w:p>
    <w:p w14:paraId="419CE73E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sz w:val="24"/>
          <w:lang w:eastAsia="zh-CN"/>
        </w:rPr>
        <w:t>模型检验的内容要点如下：</w:t>
      </w:r>
    </w:p>
    <w:p w14:paraId="3B6008B2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b/>
          <w:sz w:val="24"/>
          <w:lang w:eastAsia="zh-CN"/>
        </w:rPr>
        <w:t>主要包括：</w:t>
      </w:r>
      <w:r>
        <w:rPr>
          <w:rFonts w:ascii="Times New Roman" w:eastAsia="SimSun" w:hAnsi="Times New Roman"/>
          <w:sz w:val="24"/>
          <w:lang w:eastAsia="zh-CN"/>
        </w:rPr>
        <w:t>模型检验，用于确保模型和结果的正确性。包括对结果正确性的分析、检验，对模型合理性的分析、检验。（此时模型如果有问题，应及时进行修正，并从</w:t>
      </w:r>
      <w:r>
        <w:rPr>
          <w:rFonts w:ascii="Times New Roman" w:eastAsia="SimSun" w:hAnsi="Times New Roman"/>
          <w:sz w:val="24"/>
          <w:lang w:eastAsia="zh-CN"/>
        </w:rPr>
        <w:t>“</w:t>
      </w:r>
      <w:r>
        <w:rPr>
          <w:rFonts w:ascii="Times New Roman" w:eastAsia="SimSun" w:hAnsi="Times New Roman"/>
          <w:sz w:val="24"/>
          <w:lang w:eastAsia="zh-CN"/>
        </w:rPr>
        <w:t>模型建立、求解</w:t>
      </w:r>
      <w:r>
        <w:rPr>
          <w:rFonts w:ascii="Times New Roman" w:eastAsia="SimSun" w:hAnsi="Times New Roman"/>
          <w:sz w:val="24"/>
          <w:lang w:eastAsia="zh-CN"/>
        </w:rPr>
        <w:t>”</w:t>
      </w:r>
      <w:r>
        <w:rPr>
          <w:rFonts w:ascii="Times New Roman" w:eastAsia="SimSun" w:hAnsi="Times New Roman"/>
          <w:sz w:val="24"/>
          <w:lang w:eastAsia="zh-CN"/>
        </w:rPr>
        <w:t>处着手修改文章。）</w:t>
      </w:r>
    </w:p>
    <w:p w14:paraId="6E3A5FF7" w14:textId="77777777" w:rsidR="005F4249" w:rsidRDefault="00000000">
      <w:pPr>
        <w:spacing w:before="120" w:after="60"/>
        <w:rPr>
          <w:lang w:eastAsia="zh-CN"/>
        </w:rPr>
      </w:pPr>
      <w:r>
        <w:rPr>
          <w:rFonts w:ascii="Times New Roman" w:eastAsia="SimHei" w:hAnsi="Times New Roman"/>
          <w:sz w:val="24"/>
          <w:lang w:eastAsia="zh-CN"/>
        </w:rPr>
        <w:t>写作要求：</w:t>
      </w:r>
    </w:p>
    <w:p w14:paraId="508075A0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sz w:val="24"/>
          <w:lang w:eastAsia="zh-CN"/>
        </w:rPr>
        <w:t>1</w:t>
      </w:r>
      <w:r>
        <w:rPr>
          <w:rFonts w:ascii="Times New Roman" w:eastAsia="SimSun" w:hAnsi="Times New Roman"/>
          <w:sz w:val="24"/>
          <w:lang w:eastAsia="zh-CN"/>
        </w:rPr>
        <w:t>、最终数值结果的正确性或合理性是第一位的。</w:t>
      </w:r>
    </w:p>
    <w:p w14:paraId="6B2D4E5E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sz w:val="24"/>
          <w:lang w:eastAsia="zh-CN"/>
        </w:rPr>
        <w:lastRenderedPageBreak/>
        <w:t>2</w:t>
      </w:r>
      <w:r>
        <w:rPr>
          <w:rFonts w:ascii="Times New Roman" w:eastAsia="SimSun" w:hAnsi="Times New Roman"/>
          <w:sz w:val="24"/>
          <w:lang w:eastAsia="zh-CN"/>
        </w:rPr>
        <w:t>、对数值结果或模拟结果进行必要的检验。结果不正确、不合理、或误差大时，分析原因，而后对算法、计算方法或模型进行修正、改进。</w:t>
      </w:r>
    </w:p>
    <w:p w14:paraId="442464C8" w14:textId="77777777" w:rsidR="005F4249" w:rsidRDefault="00000000">
      <w:pPr>
        <w:spacing w:before="240" w:after="120"/>
        <w:jc w:val="center"/>
        <w:rPr>
          <w:lang w:eastAsia="zh-CN"/>
        </w:rPr>
      </w:pPr>
      <w:r>
        <w:rPr>
          <w:rFonts w:ascii="Times New Roman" w:eastAsia="SimHei" w:hAnsi="Times New Roman"/>
          <w:sz w:val="28"/>
          <w:lang w:eastAsia="zh-CN"/>
        </w:rPr>
        <w:t>八、模型评价</w:t>
      </w:r>
    </w:p>
    <w:p w14:paraId="433B3794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sz w:val="24"/>
          <w:lang w:eastAsia="zh-CN"/>
        </w:rPr>
        <w:t>模型评价的内容要点如下：</w:t>
      </w:r>
    </w:p>
    <w:p w14:paraId="51D00A52" w14:textId="77777777" w:rsidR="005F4249" w:rsidRDefault="00000000">
      <w:pPr>
        <w:spacing w:before="120" w:after="60"/>
        <w:rPr>
          <w:lang w:eastAsia="zh-CN"/>
        </w:rPr>
      </w:pPr>
      <w:r>
        <w:rPr>
          <w:rFonts w:ascii="Times New Roman" w:eastAsia="SimHei" w:hAnsi="Times New Roman"/>
          <w:sz w:val="24"/>
          <w:lang w:eastAsia="zh-CN"/>
        </w:rPr>
        <w:t>模型优缺点：</w:t>
      </w:r>
    </w:p>
    <w:p w14:paraId="3528D8A9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sz w:val="24"/>
          <w:lang w:eastAsia="zh-CN"/>
        </w:rPr>
        <w:t>1</w:t>
      </w:r>
      <w:r>
        <w:rPr>
          <w:rFonts w:ascii="Times New Roman" w:eastAsia="SimSun" w:hAnsi="Times New Roman"/>
          <w:sz w:val="24"/>
          <w:lang w:eastAsia="zh-CN"/>
        </w:rPr>
        <w:t>、对模型优点进行突出。</w:t>
      </w:r>
    </w:p>
    <w:p w14:paraId="7B0CA24F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sz w:val="24"/>
          <w:lang w:eastAsia="zh-CN"/>
        </w:rPr>
        <w:t>2</w:t>
      </w:r>
      <w:r>
        <w:rPr>
          <w:rFonts w:ascii="Times New Roman" w:eastAsia="SimSun" w:hAnsi="Times New Roman"/>
          <w:sz w:val="24"/>
          <w:lang w:eastAsia="zh-CN"/>
        </w:rPr>
        <w:t>、对模型缺点不回避，如实指出，并说明改进方向。</w:t>
      </w:r>
    </w:p>
    <w:p w14:paraId="2EBBA584" w14:textId="77777777" w:rsidR="005F4249" w:rsidRDefault="00000000">
      <w:pPr>
        <w:spacing w:before="120" w:after="60"/>
        <w:rPr>
          <w:lang w:eastAsia="zh-CN"/>
        </w:rPr>
      </w:pPr>
      <w:r>
        <w:rPr>
          <w:rFonts w:ascii="Times New Roman" w:eastAsia="SimHei" w:hAnsi="Times New Roman"/>
          <w:sz w:val="24"/>
          <w:lang w:eastAsia="zh-CN"/>
        </w:rPr>
        <w:t>模型的改进与推广：</w:t>
      </w:r>
    </w:p>
    <w:p w14:paraId="6FC97352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sz w:val="24"/>
          <w:lang w:eastAsia="zh-CN"/>
        </w:rPr>
        <w:t>说明本模型还可以从哪些方面进一步改进，以及本模型的方法、思路可以推广到哪些类似问题或领域。</w:t>
      </w:r>
    </w:p>
    <w:p w14:paraId="1E59FDBD" w14:textId="77777777" w:rsidR="005F4249" w:rsidRDefault="00000000">
      <w:pPr>
        <w:spacing w:before="240" w:after="120"/>
        <w:jc w:val="center"/>
        <w:rPr>
          <w:lang w:eastAsia="zh-CN"/>
        </w:rPr>
      </w:pPr>
      <w:r>
        <w:rPr>
          <w:rFonts w:ascii="Times New Roman" w:eastAsia="SimHei" w:hAnsi="Times New Roman"/>
          <w:sz w:val="28"/>
          <w:lang w:eastAsia="zh-CN"/>
        </w:rPr>
        <w:t>九、参考文献</w:t>
      </w:r>
    </w:p>
    <w:p w14:paraId="7D67F354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sz w:val="24"/>
          <w:lang w:eastAsia="zh-CN"/>
        </w:rPr>
        <w:t>按标准格式列出文中引用的参考文献，正文中引用处应标注对应编号。</w:t>
      </w:r>
    </w:p>
    <w:p w14:paraId="17EEDC26" w14:textId="77777777" w:rsidR="005F4249" w:rsidRDefault="00000000">
      <w:pPr>
        <w:spacing w:before="240" w:after="120"/>
        <w:jc w:val="center"/>
        <w:rPr>
          <w:lang w:eastAsia="zh-CN"/>
        </w:rPr>
      </w:pPr>
      <w:r>
        <w:rPr>
          <w:rFonts w:ascii="Times New Roman" w:eastAsia="SimHei" w:hAnsi="Times New Roman"/>
          <w:sz w:val="28"/>
          <w:lang w:eastAsia="zh-CN"/>
        </w:rPr>
        <w:t>十、附录</w:t>
      </w:r>
    </w:p>
    <w:p w14:paraId="41805062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sz w:val="24"/>
          <w:lang w:eastAsia="zh-CN"/>
        </w:rPr>
        <w:t>放入计算程序、框图、各种求解演算过程、计算中间结果、各种图形表格等支撑材料。</w:t>
      </w:r>
    </w:p>
    <w:p w14:paraId="72988A61" w14:textId="77777777" w:rsidR="005F4249" w:rsidRDefault="00000000">
      <w:pPr>
        <w:spacing w:before="240" w:after="120"/>
        <w:jc w:val="center"/>
        <w:rPr>
          <w:lang w:eastAsia="zh-CN"/>
        </w:rPr>
      </w:pPr>
      <w:r>
        <w:rPr>
          <w:rFonts w:ascii="Times New Roman" w:eastAsia="SimHei" w:hAnsi="Times New Roman"/>
          <w:sz w:val="28"/>
          <w:lang w:eastAsia="zh-CN"/>
        </w:rPr>
        <w:t>数学建模的其他注意事项</w:t>
      </w:r>
    </w:p>
    <w:p w14:paraId="61018FB7" w14:textId="77777777" w:rsidR="005F4249" w:rsidRDefault="00000000">
      <w:pPr>
        <w:spacing w:before="120" w:after="60"/>
        <w:rPr>
          <w:lang w:eastAsia="zh-CN"/>
        </w:rPr>
      </w:pPr>
      <w:r>
        <w:rPr>
          <w:rFonts w:ascii="Times New Roman" w:eastAsia="SimHei" w:hAnsi="Times New Roman"/>
          <w:sz w:val="24"/>
          <w:lang w:eastAsia="zh-CN"/>
        </w:rPr>
        <w:t>数学建模评分参考标准</w:t>
      </w:r>
    </w:p>
    <w:p w14:paraId="13F34FA7" w14:textId="77777777" w:rsidR="005F4249" w:rsidRDefault="00000000">
      <w:pPr>
        <w:spacing w:after="0" w:line="360" w:lineRule="auto"/>
        <w:rPr>
          <w:lang w:eastAsia="zh-CN"/>
        </w:rPr>
      </w:pPr>
      <w:r>
        <w:rPr>
          <w:rFonts w:ascii="Times New Roman" w:eastAsia="SimSun" w:hAnsi="Times New Roman"/>
          <w:sz w:val="24"/>
          <w:lang w:eastAsia="zh-CN"/>
        </w:rPr>
        <w:t>摘要（很重要）</w:t>
      </w:r>
      <w:r>
        <w:rPr>
          <w:rFonts w:ascii="Times New Roman" w:eastAsia="SimSun" w:hAnsi="Times New Roman"/>
          <w:sz w:val="24"/>
          <w:lang w:eastAsia="zh-CN"/>
        </w:rPr>
        <w:t xml:space="preserve">        5</w:t>
      </w:r>
      <w:r>
        <w:rPr>
          <w:rFonts w:ascii="Times New Roman" w:eastAsia="SimSun" w:hAnsi="Times New Roman"/>
          <w:sz w:val="24"/>
          <w:lang w:eastAsia="zh-CN"/>
        </w:rPr>
        <w:t>分</w:t>
      </w:r>
    </w:p>
    <w:p w14:paraId="784369EB" w14:textId="77777777" w:rsidR="005F4249" w:rsidRDefault="00000000">
      <w:pPr>
        <w:spacing w:after="0" w:line="360" w:lineRule="auto"/>
        <w:rPr>
          <w:lang w:eastAsia="zh-CN"/>
        </w:rPr>
      </w:pPr>
      <w:r>
        <w:rPr>
          <w:rFonts w:ascii="Times New Roman" w:eastAsia="SimSun" w:hAnsi="Times New Roman"/>
          <w:sz w:val="24"/>
          <w:lang w:eastAsia="zh-CN"/>
        </w:rPr>
        <w:t>数据筛选</w:t>
      </w:r>
      <w:r>
        <w:rPr>
          <w:rFonts w:ascii="Times New Roman" w:eastAsia="SimSun" w:hAnsi="Times New Roman"/>
          <w:sz w:val="24"/>
          <w:lang w:eastAsia="zh-CN"/>
        </w:rPr>
        <w:t xml:space="preserve">              35</w:t>
      </w:r>
      <w:r>
        <w:rPr>
          <w:rFonts w:ascii="Times New Roman" w:eastAsia="SimSun" w:hAnsi="Times New Roman"/>
          <w:sz w:val="24"/>
          <w:lang w:eastAsia="zh-CN"/>
        </w:rPr>
        <w:t>分</w:t>
      </w:r>
    </w:p>
    <w:p w14:paraId="4D435BAC" w14:textId="77777777" w:rsidR="005F4249" w:rsidRDefault="00000000">
      <w:pPr>
        <w:spacing w:after="0" w:line="360" w:lineRule="auto"/>
        <w:rPr>
          <w:lang w:eastAsia="zh-CN"/>
        </w:rPr>
      </w:pPr>
      <w:r>
        <w:rPr>
          <w:rFonts w:ascii="Times New Roman" w:eastAsia="SimSun" w:hAnsi="Times New Roman"/>
          <w:sz w:val="24"/>
          <w:lang w:eastAsia="zh-CN"/>
        </w:rPr>
        <w:t>数学模型</w:t>
      </w:r>
      <w:r>
        <w:rPr>
          <w:rFonts w:ascii="Times New Roman" w:eastAsia="SimSun" w:hAnsi="Times New Roman"/>
          <w:sz w:val="24"/>
          <w:lang w:eastAsia="zh-CN"/>
        </w:rPr>
        <w:t xml:space="preserve">              35</w:t>
      </w:r>
      <w:r>
        <w:rPr>
          <w:rFonts w:ascii="Times New Roman" w:eastAsia="SimSun" w:hAnsi="Times New Roman"/>
          <w:sz w:val="24"/>
          <w:lang w:eastAsia="zh-CN"/>
        </w:rPr>
        <w:t>分</w:t>
      </w:r>
    </w:p>
    <w:p w14:paraId="2C20C6B4" w14:textId="77777777" w:rsidR="005F4249" w:rsidRDefault="00000000">
      <w:pPr>
        <w:spacing w:after="0" w:line="360" w:lineRule="auto"/>
        <w:rPr>
          <w:lang w:eastAsia="zh-CN"/>
        </w:rPr>
      </w:pPr>
      <w:r>
        <w:rPr>
          <w:rFonts w:ascii="Times New Roman" w:eastAsia="SimSun" w:hAnsi="Times New Roman"/>
          <w:sz w:val="24"/>
          <w:lang w:eastAsia="zh-CN"/>
        </w:rPr>
        <w:t>数据模拟</w:t>
      </w:r>
      <w:r>
        <w:rPr>
          <w:rFonts w:ascii="Times New Roman" w:eastAsia="SimSun" w:hAnsi="Times New Roman"/>
          <w:sz w:val="24"/>
          <w:lang w:eastAsia="zh-CN"/>
        </w:rPr>
        <w:t xml:space="preserve">              15</w:t>
      </w:r>
      <w:r>
        <w:rPr>
          <w:rFonts w:ascii="Times New Roman" w:eastAsia="SimSun" w:hAnsi="Times New Roman"/>
          <w:sz w:val="24"/>
          <w:lang w:eastAsia="zh-CN"/>
        </w:rPr>
        <w:t>分</w:t>
      </w:r>
    </w:p>
    <w:p w14:paraId="0073AC7B" w14:textId="77777777" w:rsidR="005F4249" w:rsidRDefault="00000000">
      <w:pPr>
        <w:spacing w:after="0" w:line="360" w:lineRule="auto"/>
        <w:rPr>
          <w:lang w:eastAsia="zh-CN"/>
        </w:rPr>
      </w:pPr>
      <w:r>
        <w:rPr>
          <w:rFonts w:ascii="Times New Roman" w:eastAsia="SimSun" w:hAnsi="Times New Roman"/>
          <w:sz w:val="24"/>
          <w:lang w:eastAsia="zh-CN"/>
        </w:rPr>
        <w:t>评委总体感觉</w:t>
      </w:r>
      <w:r>
        <w:rPr>
          <w:rFonts w:ascii="Times New Roman" w:eastAsia="SimSun" w:hAnsi="Times New Roman"/>
          <w:sz w:val="24"/>
          <w:lang w:eastAsia="zh-CN"/>
        </w:rPr>
        <w:t xml:space="preserve">          10</w:t>
      </w:r>
      <w:r>
        <w:rPr>
          <w:rFonts w:ascii="Times New Roman" w:eastAsia="SimSun" w:hAnsi="Times New Roman"/>
          <w:sz w:val="24"/>
          <w:lang w:eastAsia="zh-CN"/>
        </w:rPr>
        <w:t>分</w:t>
      </w:r>
    </w:p>
    <w:p w14:paraId="70AC89ED" w14:textId="77777777" w:rsidR="005F4249" w:rsidRDefault="00000000">
      <w:pPr>
        <w:spacing w:before="120" w:after="60"/>
        <w:rPr>
          <w:lang w:eastAsia="zh-CN"/>
        </w:rPr>
      </w:pPr>
      <w:r>
        <w:rPr>
          <w:rFonts w:ascii="Times New Roman" w:eastAsia="SimHei" w:hAnsi="Times New Roman"/>
          <w:sz w:val="24"/>
          <w:lang w:eastAsia="zh-CN"/>
        </w:rPr>
        <w:t>数学建模的考察目标</w:t>
      </w:r>
    </w:p>
    <w:p w14:paraId="26343F7D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sz w:val="24"/>
          <w:lang w:eastAsia="zh-CN"/>
        </w:rPr>
        <w:t>1</w:t>
      </w:r>
      <w:r>
        <w:rPr>
          <w:rFonts w:ascii="Times New Roman" w:eastAsia="SimSun" w:hAnsi="Times New Roman"/>
          <w:sz w:val="24"/>
          <w:lang w:eastAsia="zh-CN"/>
        </w:rPr>
        <w:t>、应用意识：要解决实际问题，结果、结论要符合实际；模型、方法、结果要易于理解，便于实际应用；站在应用者的立场上想问题，处理问题。</w:t>
      </w:r>
    </w:p>
    <w:p w14:paraId="3D745D20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sz w:val="24"/>
          <w:lang w:eastAsia="zh-CN"/>
        </w:rPr>
        <w:t>2</w:t>
      </w:r>
      <w:r>
        <w:rPr>
          <w:rFonts w:ascii="Times New Roman" w:eastAsia="SimSun" w:hAnsi="Times New Roman"/>
          <w:sz w:val="24"/>
          <w:lang w:eastAsia="zh-CN"/>
        </w:rPr>
        <w:t>、数学建模：用数学方法解决问题，要有数学模型；问题模型的数学抽象，方法有普适性、科学性，不局限于本具体问题的解决。</w:t>
      </w:r>
    </w:p>
    <w:p w14:paraId="34256FBD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sz w:val="24"/>
          <w:lang w:eastAsia="zh-CN"/>
        </w:rPr>
        <w:lastRenderedPageBreak/>
        <w:t>3</w:t>
      </w:r>
      <w:r>
        <w:rPr>
          <w:rFonts w:ascii="Times New Roman" w:eastAsia="SimSun" w:hAnsi="Times New Roman"/>
          <w:sz w:val="24"/>
          <w:lang w:eastAsia="zh-CN"/>
        </w:rPr>
        <w:t>、创新意识：建模有特点，更加合理、科学、有效、符合实际；更有普遍应用意义；不单纯为创新而创新。</w:t>
      </w:r>
    </w:p>
    <w:p w14:paraId="1B3C7AB5" w14:textId="77777777" w:rsidR="005F4249" w:rsidRDefault="00000000">
      <w:pPr>
        <w:spacing w:before="120" w:after="60"/>
        <w:rPr>
          <w:lang w:eastAsia="zh-CN"/>
        </w:rPr>
      </w:pPr>
      <w:r>
        <w:rPr>
          <w:rFonts w:ascii="Times New Roman" w:eastAsia="SimHei" w:hAnsi="Times New Roman"/>
          <w:sz w:val="24"/>
          <w:lang w:eastAsia="zh-CN"/>
        </w:rPr>
        <w:t>论文评阅准则</w:t>
      </w:r>
    </w:p>
    <w:p w14:paraId="7A3C2B72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sz w:val="24"/>
          <w:lang w:eastAsia="zh-CN"/>
        </w:rPr>
        <w:t>假设的合理性，建模的逻辑性，模型的创造性，结果的完整性，表述的清晰性。</w:t>
      </w:r>
    </w:p>
    <w:p w14:paraId="715BAF5E" w14:textId="77777777" w:rsidR="005F4249" w:rsidRDefault="00000000">
      <w:pPr>
        <w:spacing w:before="120" w:after="60"/>
        <w:rPr>
          <w:lang w:eastAsia="zh-CN"/>
        </w:rPr>
      </w:pPr>
      <w:r>
        <w:rPr>
          <w:rFonts w:ascii="Times New Roman" w:eastAsia="SimHei" w:hAnsi="Times New Roman"/>
          <w:sz w:val="24"/>
          <w:lang w:eastAsia="zh-CN"/>
        </w:rPr>
        <w:t>建模前的思考</w:t>
      </w:r>
    </w:p>
    <w:p w14:paraId="6563AC32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sz w:val="24"/>
          <w:lang w:eastAsia="zh-CN"/>
        </w:rPr>
        <w:t>答卷需要回答那几个问题</w:t>
      </w:r>
      <w:r>
        <w:rPr>
          <w:rFonts w:ascii="Times New Roman" w:eastAsia="SimSun" w:hAnsi="Times New Roman"/>
          <w:sz w:val="24"/>
          <w:lang w:eastAsia="zh-CN"/>
        </w:rPr>
        <w:t>——</w:t>
      </w:r>
      <w:r>
        <w:rPr>
          <w:rFonts w:ascii="Times New Roman" w:eastAsia="SimSun" w:hAnsi="Times New Roman"/>
          <w:sz w:val="24"/>
          <w:lang w:eastAsia="zh-CN"/>
        </w:rPr>
        <w:t>建模需要解决那些问题；</w:t>
      </w:r>
    </w:p>
    <w:p w14:paraId="3BD1EE87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sz w:val="24"/>
          <w:lang w:eastAsia="zh-CN"/>
        </w:rPr>
        <w:t>问题以怎样的方式回答</w:t>
      </w:r>
      <w:r>
        <w:rPr>
          <w:rFonts w:ascii="Times New Roman" w:eastAsia="SimSun" w:hAnsi="Times New Roman"/>
          <w:sz w:val="24"/>
          <w:lang w:eastAsia="zh-CN"/>
        </w:rPr>
        <w:t>——</w:t>
      </w:r>
      <w:r>
        <w:rPr>
          <w:rFonts w:ascii="Times New Roman" w:eastAsia="SimSun" w:hAnsi="Times New Roman"/>
          <w:sz w:val="24"/>
          <w:lang w:eastAsia="zh-CN"/>
        </w:rPr>
        <w:t>结果以怎样的形式表示；</w:t>
      </w:r>
    </w:p>
    <w:p w14:paraId="7FB88E40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sz w:val="24"/>
          <w:lang w:eastAsia="zh-CN"/>
        </w:rPr>
        <w:t>每个问题要列出那些关键数据</w:t>
      </w:r>
      <w:r>
        <w:rPr>
          <w:rFonts w:ascii="Times New Roman" w:eastAsia="SimSun" w:hAnsi="Times New Roman"/>
          <w:sz w:val="24"/>
          <w:lang w:eastAsia="zh-CN"/>
        </w:rPr>
        <w:t>——</w:t>
      </w:r>
      <w:r>
        <w:rPr>
          <w:rFonts w:ascii="Times New Roman" w:eastAsia="SimSun" w:hAnsi="Times New Roman"/>
          <w:sz w:val="24"/>
          <w:lang w:eastAsia="zh-CN"/>
        </w:rPr>
        <w:t>建模需要计算那些关键数据；</w:t>
      </w:r>
    </w:p>
    <w:p w14:paraId="66362BF4" w14:textId="77777777" w:rsidR="005F4249" w:rsidRDefault="00000000">
      <w:pPr>
        <w:spacing w:after="0" w:line="360" w:lineRule="auto"/>
        <w:ind w:firstLine="480"/>
        <w:rPr>
          <w:lang w:eastAsia="zh-CN"/>
        </w:rPr>
      </w:pPr>
      <w:r>
        <w:rPr>
          <w:rFonts w:ascii="Times New Roman" w:eastAsia="SimSun" w:hAnsi="Times New Roman"/>
          <w:sz w:val="24"/>
          <w:lang w:eastAsia="zh-CN"/>
        </w:rPr>
        <w:t>每个量要列出一组还是多组</w:t>
      </w:r>
      <w:r>
        <w:rPr>
          <w:rFonts w:ascii="Times New Roman" w:eastAsia="SimSun" w:hAnsi="Times New Roman"/>
          <w:sz w:val="24"/>
          <w:lang w:eastAsia="zh-CN"/>
        </w:rPr>
        <w:t>——</w:t>
      </w:r>
      <w:r>
        <w:rPr>
          <w:rFonts w:ascii="Times New Roman" w:eastAsia="SimSun" w:hAnsi="Times New Roman"/>
          <w:sz w:val="24"/>
          <w:lang w:eastAsia="zh-CN"/>
        </w:rPr>
        <w:t>要计算一组还是多组数。</w:t>
      </w:r>
    </w:p>
    <w:p w14:paraId="47410F79" w14:textId="729D9BCD" w:rsidR="005F4249" w:rsidRDefault="005F4249">
      <w:pPr>
        <w:spacing w:after="0" w:line="360" w:lineRule="auto"/>
        <w:ind w:firstLine="480"/>
        <w:rPr>
          <w:lang w:eastAsia="zh-CN"/>
        </w:rPr>
      </w:pPr>
    </w:p>
    <w:sectPr w:rsidR="005F4249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80602579">
    <w:abstractNumId w:val="8"/>
  </w:num>
  <w:num w:numId="2" w16cid:durableId="1208026091">
    <w:abstractNumId w:val="6"/>
  </w:num>
  <w:num w:numId="3" w16cid:durableId="304512816">
    <w:abstractNumId w:val="5"/>
  </w:num>
  <w:num w:numId="4" w16cid:durableId="1861892758">
    <w:abstractNumId w:val="4"/>
  </w:num>
  <w:num w:numId="5" w16cid:durableId="1233811658">
    <w:abstractNumId w:val="7"/>
  </w:num>
  <w:num w:numId="6" w16cid:durableId="1773432180">
    <w:abstractNumId w:val="3"/>
  </w:num>
  <w:num w:numId="7" w16cid:durableId="217397284">
    <w:abstractNumId w:val="2"/>
  </w:num>
  <w:num w:numId="8" w16cid:durableId="329677085">
    <w:abstractNumId w:val="1"/>
  </w:num>
  <w:num w:numId="9" w16cid:durableId="874081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E2706"/>
    <w:rsid w:val="00326F90"/>
    <w:rsid w:val="005F4249"/>
    <w:rsid w:val="008F080A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043F1C3"/>
  <w14:defaultImageDpi w14:val="300"/>
  <w15:docId w15:val="{84D7ED74-A72B-47E5-9F8F-1A07FAFE6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616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 huai</cp:lastModifiedBy>
  <cp:revision>2</cp:revision>
  <dcterms:created xsi:type="dcterms:W3CDTF">2013-12-23T23:15:00Z</dcterms:created>
  <dcterms:modified xsi:type="dcterms:W3CDTF">2026-10-11T09:54:00Z</dcterms:modified>
  <cp:category/>
</cp:coreProperties>
</file>